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6374D0" w14:paraId="581B23DB" w14:textId="77777777" w:rsidTr="007B3D29">
        <w:trPr>
          <w:jc w:val="center"/>
        </w:trPr>
        <w:tc>
          <w:tcPr>
            <w:tcW w:w="5270" w:type="dxa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0276315" w14:textId="77777777" w:rsidR="006374D0" w:rsidRDefault="00850825">
            <w:r>
              <w:rPr>
                <w:noProof/>
              </w:rPr>
              <w:drawing>
                <wp:inline distT="0" distB="0" distL="0" distR="0" wp14:anchorId="41C96407" wp14:editId="3BB71E16">
                  <wp:extent cx="2209800" cy="830023"/>
                  <wp:effectExtent l="0" t="0" r="0" b="8255"/>
                  <wp:docPr id="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B30CD56-7B5F-45EF-9A5D-8E3BCB29EE9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saa_logo_cro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6375" cy="836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0" w:type="dxa"/>
            <w:shd w:val="clear" w:color="auto" w:fill="FFFFFF" w:themeFill="background1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210C325" w14:textId="77777777" w:rsidR="006374D0" w:rsidRDefault="00850825">
            <w:pPr>
              <w:jc w:val="right"/>
            </w:pPr>
            <w:r w:rsidRPr="005B1FF0">
              <w:rPr>
                <w:b/>
                <w:color w:val="7F7F7F" w:themeColor="text1" w:themeTint="80"/>
                <w:sz w:val="34"/>
              </w:rPr>
              <w:t>2027 - 2028</w:t>
            </w:r>
          </w:p>
        </w:tc>
      </w:tr>
    </w:tbl>
    <w:p w14:paraId="243B605D" w14:textId="77777777" w:rsidR="006374D0" w:rsidRDefault="006374D0">
      <w:pPr>
        <w:spacing w:after="0"/>
      </w:pPr>
    </w:p>
    <w:p w14:paraId="14ECA535" w14:textId="4F3DC213" w:rsidR="006374D0" w:rsidRPr="005B1FF0" w:rsidRDefault="00850825">
      <w:pPr>
        <w:spacing w:after="80"/>
        <w:jc w:val="center"/>
        <w:rPr>
          <w:lang w:val="da-DK"/>
        </w:rPr>
      </w:pPr>
      <w:r w:rsidRPr="005B1FF0">
        <w:rPr>
          <w:b/>
          <w:sz w:val="30"/>
          <w:lang w:val="da-DK"/>
        </w:rPr>
        <w:t>Sportslig anbefaling - ansøgning til ESAA</w:t>
      </w:r>
      <w:r w:rsidR="00A57FA9" w:rsidRPr="005B1FF0">
        <w:rPr>
          <w:b/>
          <w:sz w:val="30"/>
          <w:lang w:val="da-DK"/>
        </w:rPr>
        <w:t xml:space="preserve"> 8., 9. el</w:t>
      </w:r>
      <w:r w:rsidR="00856CAE">
        <w:rPr>
          <w:b/>
          <w:sz w:val="30"/>
          <w:lang w:val="da-DK"/>
        </w:rPr>
        <w:t>ler</w:t>
      </w:r>
      <w:r w:rsidR="00A57FA9" w:rsidRPr="005B1FF0">
        <w:rPr>
          <w:b/>
          <w:sz w:val="30"/>
          <w:lang w:val="da-DK"/>
        </w:rPr>
        <w:t xml:space="preserve"> 10. klasse </w:t>
      </w:r>
    </w:p>
    <w:p w14:paraId="558A986D" w14:textId="1AECC962" w:rsidR="006374D0" w:rsidRPr="00A57FA9" w:rsidRDefault="00850825">
      <w:pPr>
        <w:spacing w:after="140"/>
        <w:rPr>
          <w:lang w:val="da-DK"/>
        </w:rPr>
      </w:pPr>
      <w:r w:rsidRPr="00A57FA9">
        <w:rPr>
          <w:i/>
          <w:sz w:val="17"/>
          <w:lang w:val="da-DK"/>
        </w:rPr>
        <w:t>Den sportslige anbefaling udfyldes for atleter, som træneren vurderer</w:t>
      </w:r>
      <w:r w:rsidR="00DA724C">
        <w:rPr>
          <w:i/>
          <w:sz w:val="17"/>
          <w:lang w:val="da-DK"/>
        </w:rPr>
        <w:t>,</w:t>
      </w:r>
      <w:r w:rsidRPr="00A57FA9">
        <w:rPr>
          <w:i/>
          <w:sz w:val="17"/>
          <w:lang w:val="da-DK"/>
        </w:rPr>
        <w:t xml:space="preserve"> har det sportslige niveau, udviklingspotentiale og den nødvendige motivation til at kunne indgå i et ESAA-forløb.</w:t>
      </w:r>
    </w:p>
    <w:tbl>
      <w:tblPr>
        <w:tblStyle w:val="TableNormal"/>
        <w:tblW w:w="0" w:type="auto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6374D0" w:rsidRPr="0016089F" w14:paraId="0347680D" w14:textId="77777777" w:rsidTr="005B1FF0">
        <w:trPr>
          <w:jc w:val="center"/>
        </w:trPr>
        <w:tc>
          <w:tcPr>
            <w:tcW w:w="5270" w:type="dxa"/>
            <w:shd w:val="clear" w:color="auto" w:fill="92CDDC" w:themeFill="accent5" w:themeFillTint="9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0673F3" w14:textId="77777777" w:rsidR="006374D0" w:rsidRPr="00A57FA9" w:rsidRDefault="00850825">
            <w:pPr>
              <w:rPr>
                <w:lang w:val="da-DK"/>
              </w:rPr>
            </w:pPr>
            <w:r w:rsidRPr="00A57FA9">
              <w:rPr>
                <w:b/>
                <w:color w:val="E31B23"/>
                <w:sz w:val="15"/>
                <w:lang w:val="da-DK"/>
              </w:rPr>
              <w:t xml:space="preserve">SKAL UDFYLDES </w:t>
            </w:r>
            <w:r w:rsidRPr="005B1FF0">
              <w:rPr>
                <w:sz w:val="16"/>
                <w:lang w:val="da-DK"/>
              </w:rPr>
              <w:t>Data på ansøger/udøver:</w:t>
            </w:r>
          </w:p>
          <w:p w14:paraId="2F9B0FC3" w14:textId="4AA1BAC7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Navn:</w:t>
            </w:r>
            <w:r w:rsidR="0016089F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-141455104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6089F" w:rsidRPr="0016089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6AB8878D" w14:textId="5AFFF07D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Fødselsdato og år:</w:t>
            </w:r>
            <w:r w:rsidR="0016089F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177289290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6089F" w:rsidRPr="0016089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443512A6" w14:textId="547C148E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Sportsgren:</w:t>
            </w:r>
            <w:r w:rsidR="0016089F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-520469994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6089F" w:rsidRPr="0016089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43194FC2" w14:textId="176F9499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Klub:</w:t>
            </w:r>
            <w:r w:rsidR="0016089F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-362751044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6089F" w:rsidRPr="0016089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3D159D11" w14:textId="665A11C9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Evt. hold:</w:t>
            </w:r>
            <w:r w:rsidR="0016089F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-30485902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856CAE" w:rsidRPr="00856CAE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489C07C0" w14:textId="0BDFD4D2" w:rsidR="006374D0" w:rsidRPr="00A57FA9" w:rsidRDefault="006374D0">
            <w:pPr>
              <w:spacing w:after="20"/>
              <w:rPr>
                <w:lang w:val="da-DK"/>
              </w:rPr>
            </w:pPr>
          </w:p>
        </w:tc>
        <w:tc>
          <w:tcPr>
            <w:tcW w:w="5270" w:type="dxa"/>
            <w:shd w:val="clear" w:color="auto" w:fill="92CDDC" w:themeFill="accent5" w:themeFillTint="9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E23A1A" w14:textId="77777777" w:rsidR="006374D0" w:rsidRPr="00A57FA9" w:rsidRDefault="00850825">
            <w:pPr>
              <w:rPr>
                <w:lang w:val="da-DK"/>
              </w:rPr>
            </w:pPr>
            <w:r w:rsidRPr="00A57FA9">
              <w:rPr>
                <w:b/>
                <w:color w:val="E31B23"/>
                <w:sz w:val="15"/>
                <w:lang w:val="da-DK"/>
              </w:rPr>
              <w:t xml:space="preserve">SKAL UDFYLDES </w:t>
            </w:r>
            <w:r w:rsidRPr="005B1FF0">
              <w:rPr>
                <w:sz w:val="16"/>
                <w:lang w:val="da-DK"/>
              </w:rPr>
              <w:t>Data på anbefaler:</w:t>
            </w:r>
          </w:p>
          <w:p w14:paraId="15DBC539" w14:textId="2F1BB1C5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Navn:</w:t>
            </w:r>
            <w:r w:rsidR="0016089F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-101213516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6089F" w:rsidRPr="0016089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2B29E404" w14:textId="59A80BD1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Position/funktion:</w:t>
            </w:r>
            <w:r w:rsidR="0016089F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128861956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6089F" w:rsidRPr="0016089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011D2BCC" w14:textId="0265FB72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Klub/organisation:</w:t>
            </w:r>
            <w:r w:rsidR="0016089F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-118913742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6089F" w:rsidRPr="0016089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5725E961" w14:textId="3E8567D3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Mail:</w:t>
            </w:r>
            <w:r w:rsidR="0016089F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-65785296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6089F" w:rsidRPr="0016089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647717E3" w14:textId="139B0594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Mobil:</w:t>
            </w:r>
            <w:r w:rsidR="0016089F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165086403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6089F" w:rsidRPr="0016089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47DC491D" w14:textId="77777777" w:rsidR="006374D0" w:rsidRPr="00A57FA9" w:rsidRDefault="006374D0">
            <w:pPr>
              <w:spacing w:after="20"/>
              <w:rPr>
                <w:lang w:val="da-DK"/>
              </w:rPr>
            </w:pPr>
          </w:p>
          <w:p w14:paraId="68EDBBB8" w14:textId="5080730F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Dato for udfyldelse:</w:t>
            </w:r>
            <w:r w:rsidR="00856CAE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136632690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856CAE" w:rsidRPr="00856CAE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</w:tc>
      </w:tr>
    </w:tbl>
    <w:p w14:paraId="656F64E8" w14:textId="77777777" w:rsidR="006374D0" w:rsidRPr="00A57FA9" w:rsidRDefault="006374D0">
      <w:pPr>
        <w:spacing w:after="0"/>
        <w:rPr>
          <w:lang w:val="da-DK"/>
        </w:rPr>
      </w:pPr>
    </w:p>
    <w:tbl>
      <w:tblPr>
        <w:tblStyle w:val="TableNormal"/>
        <w:tblW w:w="0" w:type="auto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510"/>
      </w:tblGrid>
      <w:tr w:rsidR="006374D0" w:rsidRPr="0016089F" w14:paraId="4E12E6B3" w14:textId="77777777" w:rsidTr="005B1FF0">
        <w:trPr>
          <w:jc w:val="center"/>
        </w:trPr>
        <w:tc>
          <w:tcPr>
            <w:tcW w:w="105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7EFC3C" w14:textId="759CA845" w:rsidR="006374D0" w:rsidRPr="005B1FF0" w:rsidRDefault="00850825">
            <w:pPr>
              <w:rPr>
                <w:lang w:val="da-DK"/>
              </w:rPr>
            </w:pPr>
            <w:r w:rsidRPr="005B1FF0">
              <w:rPr>
                <w:b/>
                <w:sz w:val="19"/>
                <w:lang w:val="da-DK"/>
              </w:rPr>
              <w:t>1. Atletens aktuelle sportslige niveau o</w:t>
            </w:r>
            <w:r w:rsidR="005E42BA" w:rsidRPr="005B1FF0">
              <w:rPr>
                <w:b/>
                <w:sz w:val="19"/>
                <w:lang w:val="da-DK"/>
              </w:rPr>
              <w:t>g potentiale</w:t>
            </w:r>
          </w:p>
          <w:p w14:paraId="0B9F867B" w14:textId="748D1B42" w:rsidR="006374D0" w:rsidRPr="00A57FA9" w:rsidRDefault="00850825">
            <w:pPr>
              <w:spacing w:after="40"/>
              <w:rPr>
                <w:lang w:val="da-DK"/>
              </w:rPr>
            </w:pPr>
            <w:r w:rsidRPr="00A57FA9">
              <w:rPr>
                <w:i/>
                <w:sz w:val="16"/>
                <w:lang w:val="da-DK"/>
              </w:rPr>
              <w:t>Beskriv atletens aktuelle sportslige niveau</w:t>
            </w:r>
            <w:r w:rsidR="00E37934">
              <w:rPr>
                <w:i/>
                <w:sz w:val="16"/>
                <w:lang w:val="da-DK"/>
              </w:rPr>
              <w:t xml:space="preserve"> </w:t>
            </w:r>
            <w:r w:rsidRPr="00A57FA9">
              <w:rPr>
                <w:i/>
                <w:sz w:val="16"/>
                <w:lang w:val="da-DK"/>
              </w:rPr>
              <w:t xml:space="preserve">og </w:t>
            </w:r>
            <w:r w:rsidR="005E42BA">
              <w:rPr>
                <w:i/>
                <w:sz w:val="16"/>
                <w:lang w:val="da-DK"/>
              </w:rPr>
              <w:t xml:space="preserve">potentiale i en </w:t>
            </w:r>
            <w:r w:rsidR="007E5F36">
              <w:rPr>
                <w:i/>
                <w:sz w:val="16"/>
                <w:lang w:val="da-DK"/>
              </w:rPr>
              <w:t>r</w:t>
            </w:r>
            <w:r w:rsidR="00A57B16">
              <w:rPr>
                <w:i/>
                <w:sz w:val="16"/>
                <w:lang w:val="da-DK"/>
              </w:rPr>
              <w:t>egional/</w:t>
            </w:r>
            <w:r w:rsidR="005E42BA">
              <w:rPr>
                <w:i/>
                <w:sz w:val="16"/>
                <w:lang w:val="da-DK"/>
              </w:rPr>
              <w:t>national kontekst</w:t>
            </w:r>
            <w:r w:rsidRPr="00A57FA9">
              <w:rPr>
                <w:i/>
                <w:sz w:val="16"/>
                <w:lang w:val="da-DK"/>
              </w:rPr>
              <w:t>. Inddrag gerne relevante resultater, udvikling</w:t>
            </w:r>
            <w:r w:rsidR="005E42BA">
              <w:rPr>
                <w:i/>
                <w:sz w:val="16"/>
                <w:lang w:val="da-DK"/>
              </w:rPr>
              <w:t xml:space="preserve"> </w:t>
            </w:r>
            <w:r w:rsidRPr="00A57FA9">
              <w:rPr>
                <w:i/>
                <w:sz w:val="16"/>
                <w:lang w:val="da-DK"/>
              </w:rPr>
              <w:t>samt atletens ambitioner og engagement i egen sportslige udvikling.</w:t>
            </w:r>
          </w:p>
          <w:p w14:paraId="01F6D9C1" w14:textId="77777777" w:rsidR="006374D0" w:rsidRPr="00A57FA9" w:rsidRDefault="00850825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</w:p>
          <w:p w14:paraId="57183412" w14:textId="1297E4F2" w:rsidR="006374D0" w:rsidRPr="00A57FA9" w:rsidRDefault="00F75769">
            <w:pPr>
              <w:spacing w:after="20" w:line="240" w:lineRule="auto"/>
              <w:rPr>
                <w:lang w:val="da-DK"/>
              </w:rPr>
            </w:pPr>
            <w:sdt>
              <w:sdtPr>
                <w:rPr>
                  <w:lang w:val="da-DK"/>
                </w:rPr>
                <w:id w:val="38247162"/>
                <w:placeholder>
                  <w:docPart w:val="9B0F467DC31E40519619D63A3DBF1C23"/>
                </w:placeholder>
                <w:showingPlcHdr/>
                <w:text/>
              </w:sdtPr>
              <w:sdtEndPr/>
              <w:sdtContent>
                <w:r w:rsidR="00154CE1" w:rsidRPr="00154CE1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  <w:r w:rsidR="00850825" w:rsidRPr="00A57FA9">
              <w:rPr>
                <w:lang w:val="da-DK"/>
              </w:rPr>
              <w:t xml:space="preserve">   </w:t>
            </w:r>
          </w:p>
          <w:p w14:paraId="5692855B" w14:textId="77777777" w:rsidR="006374D0" w:rsidRPr="00A57FA9" w:rsidRDefault="00850825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</w:p>
        </w:tc>
      </w:tr>
    </w:tbl>
    <w:p w14:paraId="4629376B" w14:textId="77777777" w:rsidR="006374D0" w:rsidRPr="00A57FA9" w:rsidRDefault="006374D0">
      <w:pPr>
        <w:spacing w:after="0"/>
        <w:rPr>
          <w:lang w:val="da-DK"/>
        </w:rPr>
      </w:pPr>
    </w:p>
    <w:tbl>
      <w:tblPr>
        <w:tblStyle w:val="TableNormal"/>
        <w:tblW w:w="0" w:type="auto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510"/>
      </w:tblGrid>
      <w:tr w:rsidR="006374D0" w:rsidRPr="0016089F" w14:paraId="54AB713A" w14:textId="77777777" w:rsidTr="005B1FF0">
        <w:trPr>
          <w:jc w:val="center"/>
        </w:trPr>
        <w:tc>
          <w:tcPr>
            <w:tcW w:w="105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B1DD6E" w14:textId="0519FAB8" w:rsidR="00724CF3" w:rsidRPr="005B1FF0" w:rsidRDefault="00850825" w:rsidP="00724CF3">
            <w:pPr>
              <w:rPr>
                <w:b/>
                <w:lang w:val="da-DK"/>
              </w:rPr>
            </w:pPr>
            <w:r w:rsidRPr="005B1FF0">
              <w:rPr>
                <w:b/>
                <w:sz w:val="19"/>
                <w:lang w:val="da-DK"/>
              </w:rPr>
              <w:t xml:space="preserve">2. </w:t>
            </w:r>
            <w:r w:rsidR="007850D2" w:rsidRPr="005B1FF0">
              <w:rPr>
                <w:b/>
                <w:sz w:val="19"/>
                <w:lang w:val="da-DK"/>
              </w:rPr>
              <w:t>Træningsmæssig</w:t>
            </w:r>
            <w:r w:rsidR="00E24639" w:rsidRPr="005B1FF0">
              <w:rPr>
                <w:b/>
                <w:sz w:val="19"/>
                <w:lang w:val="da-DK"/>
              </w:rPr>
              <w:t xml:space="preserve"> baggrund</w:t>
            </w:r>
          </w:p>
          <w:p w14:paraId="6885FCF7" w14:textId="4BEA31EC" w:rsidR="006374D0" w:rsidRPr="00724CF3" w:rsidRDefault="00506AFA" w:rsidP="00724CF3">
            <w:pPr>
              <w:rPr>
                <w:b/>
                <w:color w:val="002B66"/>
                <w:lang w:val="da-DK"/>
              </w:rPr>
            </w:pPr>
            <w:r>
              <w:rPr>
                <w:i/>
                <w:sz w:val="16"/>
                <w:lang w:val="da-DK"/>
              </w:rPr>
              <w:t>Beskriv a</w:t>
            </w:r>
            <w:r w:rsidR="007850D2">
              <w:rPr>
                <w:i/>
                <w:sz w:val="16"/>
                <w:lang w:val="da-DK"/>
              </w:rPr>
              <w:t>tleten</w:t>
            </w:r>
            <w:r>
              <w:rPr>
                <w:i/>
                <w:sz w:val="16"/>
                <w:lang w:val="da-DK"/>
              </w:rPr>
              <w:t xml:space="preserve">s træningsbaggrund </w:t>
            </w:r>
            <w:r w:rsidR="00EF289F">
              <w:rPr>
                <w:i/>
                <w:sz w:val="16"/>
                <w:lang w:val="da-DK"/>
              </w:rPr>
              <w:t>og antal ugentlige træningspas. Beskriv atletens</w:t>
            </w:r>
            <w:r w:rsidR="005E42BA">
              <w:rPr>
                <w:i/>
                <w:sz w:val="16"/>
                <w:lang w:val="da-DK"/>
              </w:rPr>
              <w:t xml:space="preserve"> </w:t>
            </w:r>
            <w:r w:rsidR="00EA7D26">
              <w:rPr>
                <w:i/>
                <w:sz w:val="16"/>
                <w:lang w:val="da-DK"/>
              </w:rPr>
              <w:t xml:space="preserve">robusthed i forhold til en </w:t>
            </w:r>
            <w:r w:rsidR="007850D2">
              <w:rPr>
                <w:i/>
                <w:sz w:val="16"/>
                <w:lang w:val="da-DK"/>
              </w:rPr>
              <w:t>øget træningsmængde med 2 ugentlige morge</w:t>
            </w:r>
            <w:r w:rsidR="003D67DB">
              <w:rPr>
                <w:i/>
                <w:sz w:val="16"/>
                <w:lang w:val="da-DK"/>
              </w:rPr>
              <w:t>n</w:t>
            </w:r>
            <w:r w:rsidR="007850D2">
              <w:rPr>
                <w:i/>
                <w:sz w:val="16"/>
                <w:lang w:val="da-DK"/>
              </w:rPr>
              <w:t>træninger?</w:t>
            </w:r>
          </w:p>
          <w:sdt>
            <w:sdtPr>
              <w:rPr>
                <w:lang w:val="da-DK"/>
              </w:rPr>
              <w:id w:val="-232090198"/>
              <w:placeholder>
                <w:docPart w:val="CC74BB8F599D418BBFF3B63F848F36FB"/>
              </w:placeholder>
              <w:showingPlcHdr/>
              <w:text/>
            </w:sdtPr>
            <w:sdtEndPr/>
            <w:sdtContent>
              <w:p w14:paraId="774676D4" w14:textId="74DB6A2C" w:rsidR="006374D0" w:rsidRPr="00A57FA9" w:rsidRDefault="00A6620E">
                <w:pPr>
                  <w:spacing w:after="20" w:line="240" w:lineRule="auto"/>
                  <w:rPr>
                    <w:lang w:val="da-DK"/>
                  </w:rPr>
                </w:pPr>
                <w:r w:rsidRPr="00A6620E">
                  <w:rPr>
                    <w:rStyle w:val="Pladsholdertekst"/>
                    <w:lang w:val="da-DK"/>
                  </w:rPr>
                  <w:t>Klik eller tryk her for at skrive tekst.</w:t>
                </w:r>
              </w:p>
            </w:sdtContent>
          </w:sdt>
          <w:p w14:paraId="6549A0D1" w14:textId="77777777" w:rsidR="006374D0" w:rsidRPr="00A57FA9" w:rsidRDefault="00850825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</w:p>
        </w:tc>
      </w:tr>
    </w:tbl>
    <w:p w14:paraId="5023AF36" w14:textId="77777777" w:rsidR="006374D0" w:rsidRPr="00A57FA9" w:rsidRDefault="006374D0">
      <w:pPr>
        <w:spacing w:after="0"/>
        <w:rPr>
          <w:lang w:val="da-DK"/>
        </w:rPr>
      </w:pPr>
    </w:p>
    <w:tbl>
      <w:tblPr>
        <w:tblStyle w:val="TableNormal"/>
        <w:tblW w:w="0" w:type="auto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510"/>
      </w:tblGrid>
      <w:tr w:rsidR="006374D0" w:rsidRPr="0016089F" w14:paraId="5E479D9A" w14:textId="77777777" w:rsidTr="005B1FF0">
        <w:trPr>
          <w:jc w:val="center"/>
        </w:trPr>
        <w:tc>
          <w:tcPr>
            <w:tcW w:w="105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058F1A" w14:textId="77777777" w:rsidR="006374D0" w:rsidRPr="005B1FF0" w:rsidRDefault="00850825">
            <w:pPr>
              <w:rPr>
                <w:lang w:val="da-DK"/>
              </w:rPr>
            </w:pPr>
            <w:r w:rsidRPr="005B1FF0">
              <w:rPr>
                <w:b/>
                <w:sz w:val="19"/>
                <w:lang w:val="da-DK"/>
              </w:rPr>
              <w:t>3. Forudsætninger for et ESAA-forløb</w:t>
            </w:r>
          </w:p>
          <w:p w14:paraId="644F7BCF" w14:textId="448BF41B" w:rsidR="006374D0" w:rsidRPr="00A57FA9" w:rsidRDefault="00850825">
            <w:pPr>
              <w:spacing w:after="40"/>
              <w:rPr>
                <w:lang w:val="da-DK"/>
              </w:rPr>
            </w:pPr>
            <w:r w:rsidRPr="00A57FA9">
              <w:rPr>
                <w:i/>
                <w:sz w:val="16"/>
                <w:lang w:val="da-DK"/>
              </w:rPr>
              <w:t>Vurder atletens forudsætninger for at indgå i et ESAA-forløb. Inddrag fx træningsparathed, ansvarlighed, selvstændighed, evne til at modtage feedback og motivation for at udvikle sig over tid.</w:t>
            </w:r>
          </w:p>
          <w:p w14:paraId="584DAA36" w14:textId="77777777" w:rsidR="006374D0" w:rsidRPr="00A57FA9" w:rsidRDefault="00850825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</w:p>
          <w:p w14:paraId="0F77FB9E" w14:textId="669EABF9" w:rsidR="006374D0" w:rsidRPr="00A57FA9" w:rsidRDefault="00850825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  <w:sdt>
              <w:sdtPr>
                <w:rPr>
                  <w:lang w:val="da-DK"/>
                </w:rPr>
                <w:id w:val="1711767778"/>
                <w:placeholder>
                  <w:docPart w:val="37C39199989C4DB6A0FDB416C12CA0EC"/>
                </w:placeholder>
                <w:showingPlcHdr/>
                <w:text/>
              </w:sdtPr>
              <w:sdtEndPr/>
              <w:sdtContent>
                <w:r w:rsidR="00A6620E" w:rsidRPr="00A6620E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  <w:r w:rsidRPr="00A57FA9">
              <w:rPr>
                <w:lang w:val="da-DK"/>
              </w:rPr>
              <w:t xml:space="preserve"> </w:t>
            </w:r>
          </w:p>
          <w:p w14:paraId="08FC9E0A" w14:textId="77777777" w:rsidR="006374D0" w:rsidRPr="00A57FA9" w:rsidRDefault="00850825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</w:p>
        </w:tc>
      </w:tr>
    </w:tbl>
    <w:p w14:paraId="7C761115" w14:textId="77777777" w:rsidR="006374D0" w:rsidRPr="00A57FA9" w:rsidRDefault="006374D0">
      <w:pPr>
        <w:spacing w:after="0"/>
        <w:rPr>
          <w:lang w:val="da-DK"/>
        </w:rPr>
      </w:pPr>
    </w:p>
    <w:tbl>
      <w:tblPr>
        <w:tblStyle w:val="TableNormal"/>
        <w:tblW w:w="0" w:type="auto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510"/>
      </w:tblGrid>
      <w:tr w:rsidR="006374D0" w:rsidRPr="0016089F" w14:paraId="565CBF75" w14:textId="77777777" w:rsidTr="005B1FF0">
        <w:trPr>
          <w:jc w:val="center"/>
        </w:trPr>
        <w:tc>
          <w:tcPr>
            <w:tcW w:w="105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7A414C" w14:textId="197A7EBF" w:rsidR="006374D0" w:rsidRPr="005B1FF0" w:rsidRDefault="00850825">
            <w:pPr>
              <w:rPr>
                <w:lang w:val="da-DK"/>
              </w:rPr>
            </w:pPr>
            <w:r w:rsidRPr="005B1FF0">
              <w:rPr>
                <w:b/>
                <w:sz w:val="19"/>
                <w:lang w:val="da-DK"/>
              </w:rPr>
              <w:t xml:space="preserve">4. </w:t>
            </w:r>
            <w:r w:rsidR="006858DC" w:rsidRPr="005B1FF0">
              <w:rPr>
                <w:b/>
                <w:sz w:val="19"/>
                <w:lang w:val="da-DK"/>
              </w:rPr>
              <w:t xml:space="preserve">Samlet </w:t>
            </w:r>
            <w:r w:rsidR="0076492B" w:rsidRPr="005B1FF0">
              <w:rPr>
                <w:b/>
                <w:sz w:val="19"/>
                <w:lang w:val="da-DK"/>
              </w:rPr>
              <w:t xml:space="preserve">sportslig </w:t>
            </w:r>
            <w:r w:rsidR="009E59B0">
              <w:rPr>
                <w:b/>
                <w:sz w:val="19"/>
                <w:lang w:val="da-DK"/>
              </w:rPr>
              <w:t>vurdering</w:t>
            </w:r>
          </w:p>
          <w:p w14:paraId="6527E563" w14:textId="14CDF5E6" w:rsidR="006374D0" w:rsidRPr="00A57FA9" w:rsidRDefault="00BA64FF">
            <w:pPr>
              <w:spacing w:after="40"/>
              <w:rPr>
                <w:lang w:val="da-DK"/>
              </w:rPr>
            </w:pPr>
            <w:r>
              <w:rPr>
                <w:i/>
                <w:sz w:val="16"/>
                <w:lang w:val="da-DK"/>
              </w:rPr>
              <w:t>Fx h</w:t>
            </w:r>
            <w:r w:rsidR="0076492B">
              <w:rPr>
                <w:i/>
                <w:sz w:val="16"/>
                <w:lang w:val="da-DK"/>
              </w:rPr>
              <w:t>vorfor vurderes ESAA at være relevant for denne udøver</w:t>
            </w:r>
            <w:r w:rsidR="00DD07FF">
              <w:rPr>
                <w:i/>
                <w:sz w:val="16"/>
                <w:lang w:val="da-DK"/>
              </w:rPr>
              <w:t>?</w:t>
            </w:r>
          </w:p>
          <w:p w14:paraId="4697EC91" w14:textId="77777777" w:rsidR="006374D0" w:rsidRPr="00A57FA9" w:rsidRDefault="00850825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</w:p>
          <w:p w14:paraId="4D5B5C34" w14:textId="74473C3A" w:rsidR="006374D0" w:rsidRPr="00A57FA9" w:rsidRDefault="00850825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  <w:sdt>
              <w:sdtPr>
                <w:rPr>
                  <w:lang w:val="da-DK"/>
                </w:rPr>
                <w:id w:val="-811244002"/>
                <w:placeholder>
                  <w:docPart w:val="624CB178CCDE4180B291D4625A6DF871"/>
                </w:placeholder>
                <w:showingPlcHdr/>
                <w:text/>
              </w:sdtPr>
              <w:sdtEndPr/>
              <w:sdtContent>
                <w:r w:rsidR="00A6620E" w:rsidRPr="00A6620E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44ED1573" w14:textId="77777777" w:rsidR="006374D0" w:rsidRPr="00A57FA9" w:rsidRDefault="00850825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</w:p>
        </w:tc>
      </w:tr>
    </w:tbl>
    <w:p w14:paraId="3F29CDCF" w14:textId="77777777" w:rsidR="006374D0" w:rsidRPr="00A57FA9" w:rsidRDefault="006374D0">
      <w:pPr>
        <w:spacing w:after="0"/>
        <w:rPr>
          <w:lang w:val="da-DK"/>
        </w:rPr>
      </w:pPr>
    </w:p>
    <w:sectPr w:rsidR="006374D0" w:rsidRPr="00A57FA9" w:rsidSect="00034616">
      <w:footerReference w:type="default" r:id="rId12"/>
      <w:pgSz w:w="12240" w:h="15840"/>
      <w:pgMar w:top="709" w:right="850" w:bottom="709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BF2BD" w14:textId="77777777" w:rsidR="00F75769" w:rsidRDefault="00F75769">
      <w:pPr>
        <w:spacing w:after="0" w:line="240" w:lineRule="auto"/>
      </w:pPr>
      <w:r>
        <w:separator/>
      </w:r>
    </w:p>
  </w:endnote>
  <w:endnote w:type="continuationSeparator" w:id="0">
    <w:p w14:paraId="4C06C519" w14:textId="77777777" w:rsidR="00F75769" w:rsidRDefault="00F75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BE2F4" w14:textId="77777777" w:rsidR="00FB7E4B" w:rsidRDefault="00FB7E4B">
    <w:pPr>
      <w:pStyle w:val="Sidefod"/>
      <w:jc w:val="center"/>
    </w:pPr>
    <w:r>
      <w:rPr>
        <w:color w:val="6E9EC0"/>
        <w:sz w:val="15"/>
      </w:rPr>
      <w:t>ESAA - Elite Sports Akademi Aarhus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0CF85" w14:textId="77777777" w:rsidR="00F75769" w:rsidRDefault="00F75769">
      <w:pPr>
        <w:spacing w:after="0" w:line="240" w:lineRule="auto"/>
      </w:pPr>
      <w:r>
        <w:separator/>
      </w:r>
    </w:p>
  </w:footnote>
  <w:footnote w:type="continuationSeparator" w:id="0">
    <w:p w14:paraId="75823406" w14:textId="77777777" w:rsidR="00F75769" w:rsidRDefault="00F757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0075281">
    <w:abstractNumId w:val="4"/>
  </w:num>
  <w:num w:numId="2" w16cid:durableId="1214972646">
    <w:abstractNumId w:val="5"/>
  </w:num>
  <w:num w:numId="3" w16cid:durableId="1421410956">
    <w:abstractNumId w:val="1"/>
  </w:num>
  <w:num w:numId="4" w16cid:durableId="1446460877">
    <w:abstractNumId w:val="7"/>
  </w:num>
  <w:num w:numId="5" w16cid:durableId="1632633914">
    <w:abstractNumId w:val="0"/>
  </w:num>
  <w:num w:numId="6" w16cid:durableId="1914244109">
    <w:abstractNumId w:val="2"/>
  </w:num>
  <w:num w:numId="7" w16cid:durableId="2134907331">
    <w:abstractNumId w:val="3"/>
  </w:num>
  <w:num w:numId="8" w16cid:durableId="886330805">
    <w:abstractNumId w:val="6"/>
  </w:num>
  <w:num w:numId="9" w16cid:durableId="9994248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rhFefdp/Lj1gkCruVIT8cNCm2UoL5Df6HPPfJ1CXwbLxYSTVXspjVjVIeAEOWeFHvCs51yjBJxIsIN3woXNoZw==" w:salt="qM7HYT+waAgoFM4ebhOKL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1248"/>
    <w:rsid w:val="00115941"/>
    <w:rsid w:val="0015074B"/>
    <w:rsid w:val="00154CE1"/>
    <w:rsid w:val="0016089F"/>
    <w:rsid w:val="001966DD"/>
    <w:rsid w:val="001A4B62"/>
    <w:rsid w:val="00225B89"/>
    <w:rsid w:val="00267D5D"/>
    <w:rsid w:val="0029639D"/>
    <w:rsid w:val="00326F90"/>
    <w:rsid w:val="0036550A"/>
    <w:rsid w:val="003C32A1"/>
    <w:rsid w:val="003D67DB"/>
    <w:rsid w:val="004377E7"/>
    <w:rsid w:val="00501C95"/>
    <w:rsid w:val="00506AFA"/>
    <w:rsid w:val="00591173"/>
    <w:rsid w:val="005B1FF0"/>
    <w:rsid w:val="005D6DC2"/>
    <w:rsid w:val="005E42BA"/>
    <w:rsid w:val="0061321F"/>
    <w:rsid w:val="006374D0"/>
    <w:rsid w:val="00661D77"/>
    <w:rsid w:val="006858DC"/>
    <w:rsid w:val="006B4BE2"/>
    <w:rsid w:val="006C242F"/>
    <w:rsid w:val="00714CF2"/>
    <w:rsid w:val="00724CF3"/>
    <w:rsid w:val="0076492B"/>
    <w:rsid w:val="00775E75"/>
    <w:rsid w:val="007850D2"/>
    <w:rsid w:val="007B3D29"/>
    <w:rsid w:val="007E0056"/>
    <w:rsid w:val="007E5F36"/>
    <w:rsid w:val="00802CFC"/>
    <w:rsid w:val="00810A61"/>
    <w:rsid w:val="00850825"/>
    <w:rsid w:val="00853E22"/>
    <w:rsid w:val="00856CAE"/>
    <w:rsid w:val="00862098"/>
    <w:rsid w:val="00864C30"/>
    <w:rsid w:val="008D6DC7"/>
    <w:rsid w:val="009A53DF"/>
    <w:rsid w:val="009E59B0"/>
    <w:rsid w:val="00A55712"/>
    <w:rsid w:val="00A57B16"/>
    <w:rsid w:val="00A57FA9"/>
    <w:rsid w:val="00A64D92"/>
    <w:rsid w:val="00A6620E"/>
    <w:rsid w:val="00A7382B"/>
    <w:rsid w:val="00AA1D8D"/>
    <w:rsid w:val="00B233A8"/>
    <w:rsid w:val="00B47730"/>
    <w:rsid w:val="00BA49AC"/>
    <w:rsid w:val="00BA64FF"/>
    <w:rsid w:val="00C41850"/>
    <w:rsid w:val="00CB0664"/>
    <w:rsid w:val="00D0137A"/>
    <w:rsid w:val="00D81538"/>
    <w:rsid w:val="00DA724C"/>
    <w:rsid w:val="00DC2955"/>
    <w:rsid w:val="00DD07FF"/>
    <w:rsid w:val="00E1604A"/>
    <w:rsid w:val="00E24639"/>
    <w:rsid w:val="00E37934"/>
    <w:rsid w:val="00E601CF"/>
    <w:rsid w:val="00EA7D26"/>
    <w:rsid w:val="00ED14E8"/>
    <w:rsid w:val="00ED4353"/>
    <w:rsid w:val="00EF2861"/>
    <w:rsid w:val="00EF289F"/>
    <w:rsid w:val="00F1176E"/>
    <w:rsid w:val="00F75769"/>
    <w:rsid w:val="00F871C6"/>
    <w:rsid w:val="00F8798D"/>
    <w:rsid w:val="00FB7E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E7206B"/>
  <w14:defaultImageDpi w14:val="300"/>
  <w15:docId w15:val="{9D1C6D44-0D36-4A78-B92C-92A4DBAB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Overskrift1">
    <w:name w:val="heading 1"/>
    <w:basedOn w:val="Normal"/>
    <w:next w:val="Normal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1"/>
    <w:uiPriority w:val="99"/>
    <w:unhideWhenUsed/>
    <w:rsid w:val="00BA49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1">
    <w:name w:val="Sidehoved Tegn1"/>
    <w:basedOn w:val="Standardskrifttypeiafsnit"/>
    <w:link w:val="Sidehoved"/>
    <w:uiPriority w:val="99"/>
    <w:semiHidden/>
    <w:rsid w:val="00BA49AC"/>
    <w:rPr>
      <w:rFonts w:ascii="Arial" w:hAnsi="Arial"/>
      <w:sz w:val="18"/>
    </w:rPr>
  </w:style>
  <w:style w:type="paragraph" w:styleId="Sidefod">
    <w:name w:val="footer"/>
    <w:basedOn w:val="Normal"/>
    <w:link w:val="SidefodTegn1"/>
    <w:uiPriority w:val="99"/>
    <w:unhideWhenUsed/>
    <w:rsid w:val="00BA49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1">
    <w:name w:val="Sidefod Tegn1"/>
    <w:basedOn w:val="Standardskrifttypeiafsnit"/>
    <w:link w:val="Sidefod"/>
    <w:uiPriority w:val="99"/>
    <w:semiHidden/>
    <w:rsid w:val="00BA49AC"/>
    <w:rPr>
      <w:rFonts w:ascii="Arial" w:hAnsi="Arial"/>
      <w:sz w:val="18"/>
    </w:rPr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TitelTegn1">
    <w:name w:val="Titel Tegn1"/>
    <w:basedOn w:val="Standardskrifttypeiafsnit"/>
    <w:uiPriority w:val="10"/>
    <w:rsid w:val="00BA4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elTegn1">
    <w:name w:val="Undertitel Tegn1"/>
    <w:basedOn w:val="Standardskrifttypeiafsnit"/>
    <w:uiPriority w:val="11"/>
    <w:rsid w:val="00BA4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BrdtekstTegn1">
    <w:name w:val="Brødtekst Tegn1"/>
    <w:basedOn w:val="Standardskrifttypeiafsnit"/>
    <w:uiPriority w:val="99"/>
    <w:semiHidden/>
    <w:rsid w:val="00BA49AC"/>
    <w:rPr>
      <w:rFonts w:ascii="Arial" w:hAnsi="Arial"/>
      <w:sz w:val="18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character" w:customStyle="1" w:styleId="Brdtekst2Tegn1">
    <w:name w:val="Brødtekst 2 Tegn1"/>
    <w:basedOn w:val="Standardskrifttypeiafsnit"/>
    <w:uiPriority w:val="99"/>
    <w:semiHidden/>
    <w:rsid w:val="00BA49AC"/>
    <w:rPr>
      <w:rFonts w:ascii="Arial" w:hAnsi="Arial"/>
      <w:sz w:val="18"/>
    </w:rPr>
  </w:style>
  <w:style w:type="character" w:customStyle="1" w:styleId="Brdtekst3Tegn1">
    <w:name w:val="Brødtekst 3 Tegn1"/>
    <w:basedOn w:val="Standardskrifttypeiafsnit"/>
    <w:uiPriority w:val="99"/>
    <w:semiHidden/>
    <w:rsid w:val="00BA49AC"/>
    <w:rPr>
      <w:rFonts w:ascii="Arial" w:hAnsi="Arial"/>
      <w:sz w:val="16"/>
      <w:szCs w:val="16"/>
    </w:rPr>
  </w:style>
  <w:style w:type="character" w:customStyle="1" w:styleId="MakrotekstTegn1">
    <w:name w:val="Makrotekst Tegn1"/>
    <w:basedOn w:val="Standardskrifttypeiafsnit"/>
    <w:uiPriority w:val="99"/>
    <w:semiHidden/>
    <w:rsid w:val="00BA49AC"/>
    <w:rPr>
      <w:rFonts w:ascii="Consolas" w:hAnsi="Consolas"/>
      <w:sz w:val="20"/>
      <w:szCs w:val="20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character" w:customStyle="1" w:styleId="CitatTegn1">
    <w:name w:val="Citat Tegn1"/>
    <w:basedOn w:val="Standardskrifttypeiafsnit"/>
    <w:uiPriority w:val="29"/>
    <w:rsid w:val="00BA49AC"/>
    <w:rPr>
      <w:rFonts w:ascii="Arial" w:hAnsi="Arial"/>
      <w:i/>
      <w:iCs/>
      <w:color w:val="404040" w:themeColor="text1" w:themeTint="BF"/>
      <w:sz w:val="18"/>
    </w:rPr>
  </w:style>
  <w:style w:type="character" w:customStyle="1" w:styleId="StrktcitatTegn1">
    <w:name w:val="Stærkt citat Tegn1"/>
    <w:basedOn w:val="Standardskrifttypeiafsnit"/>
    <w:uiPriority w:val="30"/>
    <w:rsid w:val="00BA49AC"/>
    <w:rPr>
      <w:rFonts w:ascii="Arial" w:hAnsi="Arial"/>
      <w:i/>
      <w:iCs/>
      <w:color w:val="365F91" w:themeColor="accent1" w:themeShade="BF"/>
      <w:sz w:val="18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">
    <w:name w:val="Light Shading -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-Accent2">
    <w:name w:val="Light Shading -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-Accent3">
    <w:name w:val="Light Shading -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-Accent4">
    <w:name w:val="Light Shading -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-Accent5">
    <w:name w:val="Light Shading -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Shading-Accent6">
    <w:name w:val="Light Shading -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">
    <w:name w:val="Light List -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-Accent2">
    <w:name w:val="Light List -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-Accent3">
    <w:name w:val="Light List -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-Accent4">
    <w:name w:val="Light List -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-Accent5">
    <w:name w:val="Light List -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-Accent6">
    <w:name w:val="Light List -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">
    <w:name w:val="Light Grid -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-Accent2">
    <w:name w:val="Light Grid -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-Accent3">
    <w:name w:val="Light Grid -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-Accent4">
    <w:name w:val="Light Grid -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-Accent5">
    <w:name w:val="Light Grid -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6">
    <w:name w:val="Light Grid -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-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">
    <w:name w:val="Medium Shading 1 -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">
    <w:name w:val="Medium Shading 1 -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">
    <w:name w:val="Medium Shading 1 -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">
    <w:name w:val="Medium Shading 1 -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">
    <w:name w:val="Medium Shading 1 -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-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">
    <w:name w:val="Medium Shading 2 -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">
    <w:name w:val="Medium Shading 2 -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">
    <w:name w:val="Medium Shading 2 -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">
    <w:name w:val="Medium Shading 2 -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">
    <w:name w:val="Medium Shading 2 -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">
    <w:name w:val="Medium List 1 -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-Accent2">
    <w:name w:val="Medium List 1 -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-Accent3">
    <w:name w:val="Medium List 1 -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-Accent4">
    <w:name w:val="Medium List 1 -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-Accent5">
    <w:name w:val="Medium List 1 -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-Accent6">
    <w:name w:val="Medium List 1 -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">
    <w:name w:val="Medium List 2 -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">
    <w:name w:val="Medium List 2 -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">
    <w:name w:val="Medium List 2 -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">
    <w:name w:val="Medium List 2 -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">
    <w:name w:val="Medium List 2 -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">
    <w:name w:val="Medium List 2 -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-Accent1">
    <w:name w:val="Medium Grid 1 -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-Accent2">
    <w:name w:val="Medium Grid 1 -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-Accent3">
    <w:name w:val="Medium Grid 1 -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-Accent4">
    <w:name w:val="Medium Grid 1 -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-Accent5">
    <w:name w:val="Medium Grid 1 -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-Accent6">
    <w:name w:val="Medium Grid 1 -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1">
    <w:name w:val="Medium Grid 2 -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2">
    <w:name w:val="Medium Grid 2 -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3">
    <w:name w:val="Medium Grid 2 -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4">
    <w:name w:val="Medium Grid 2 -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5">
    <w:name w:val="Medium Grid 2 -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6">
    <w:name w:val="Medium Grid 2 -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-Accent1">
    <w:name w:val="Medium Grid 3 -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-Accent2">
    <w:name w:val="Medium Grid 3 -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-Accent3">
    <w:name w:val="Medium Grid 3 -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-Accent4">
    <w:name w:val="Medium Grid 3 -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-Accent5">
    <w:name w:val="Medium Grid 3 -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-Accent6">
    <w:name w:val="Medium Grid 3 -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-Accent1">
    <w:name w:val="Dark List -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-Accent2">
    <w:name w:val="Dark List -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-Accent3">
    <w:name w:val="Dark List -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-Accent4">
    <w:name w:val="Dark List -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-Accent5">
    <w:name w:val="Dark List -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-Accent6">
    <w:name w:val="Dark List -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dsholdertekst">
    <w:name w:val="Placeholder Text"/>
    <w:basedOn w:val="Standardskrifttypeiafsnit"/>
    <w:uiPriority w:val="99"/>
    <w:semiHidden/>
    <w:rsid w:val="007E0056"/>
    <w:rPr>
      <w:color w:val="666666"/>
    </w:rPr>
  </w:style>
  <w:style w:type="character" w:customStyle="1" w:styleId="SidehovedTegn">
    <w:name w:val="Sidehoved Tegn"/>
    <w:basedOn w:val="Standardskrifttypeiafsnit"/>
    <w:uiPriority w:val="99"/>
    <w:rsid w:val="00864C30"/>
  </w:style>
  <w:style w:type="character" w:customStyle="1" w:styleId="SidefodTegn">
    <w:name w:val="Sidefod Tegn"/>
    <w:basedOn w:val="Standardskrifttypeiafsnit"/>
    <w:uiPriority w:val="99"/>
    <w:rsid w:val="00864C30"/>
  </w:style>
  <w:style w:type="character" w:customStyle="1" w:styleId="Overskrift1Tegn">
    <w:name w:val="Overskrift 1 Tegn"/>
    <w:basedOn w:val="Standardskrifttypeiafsnit"/>
    <w:uiPriority w:val="9"/>
    <w:rsid w:val="00864C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uiPriority w:val="9"/>
    <w:rsid w:val="00864C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uiPriority w:val="9"/>
    <w:rsid w:val="00864C3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verskrift4Tegn">
    <w:name w:val="Overskrift 4 Tegn"/>
    <w:basedOn w:val="Standardskrifttypeiafsnit"/>
    <w:uiPriority w:val="9"/>
    <w:semiHidden/>
    <w:rsid w:val="00864C3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uiPriority w:val="9"/>
    <w:semiHidden/>
    <w:rsid w:val="00864C3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uiPriority w:val="9"/>
    <w:semiHidden/>
    <w:rsid w:val="00864C3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uiPriority w:val="9"/>
    <w:semiHidden/>
    <w:rsid w:val="00864C3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uiPriority w:val="9"/>
    <w:semiHidden/>
    <w:rsid w:val="00864C3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uiPriority w:val="9"/>
    <w:semiHidden/>
    <w:rsid w:val="00864C3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B0F467DC31E40519619D63A3DBF1C2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FA92EE-FE5B-4C4F-B5AC-D16358BC2342}"/>
      </w:docPartPr>
      <w:docPartBody>
        <w:p w:rsidR="00413E1C" w:rsidRDefault="00413E1C">
          <w:pPr>
            <w:pStyle w:val="9B0F467DC31E40519619D63A3DBF1C23"/>
          </w:pPr>
          <w:r w:rsidRPr="00594B6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C74BB8F599D418BBFF3B63F848F3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D3BFF66-BB14-489A-B8BD-3085318E4835}"/>
      </w:docPartPr>
      <w:docPartBody>
        <w:p w:rsidR="00413E1C" w:rsidRDefault="00413E1C">
          <w:pPr>
            <w:pStyle w:val="CC74BB8F599D418BBFF3B63F848F36FB"/>
          </w:pPr>
          <w:r w:rsidRPr="00594B6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7C39199989C4DB6A0FDB416C12CA0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2027DA-B824-4FB1-9115-36F39CCAC1B9}"/>
      </w:docPartPr>
      <w:docPartBody>
        <w:p w:rsidR="00413E1C" w:rsidRDefault="00413E1C">
          <w:pPr>
            <w:pStyle w:val="37C39199989C4DB6A0FDB416C12CA0EC"/>
          </w:pPr>
          <w:r w:rsidRPr="00594B6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24CB178CCDE4180B291D4625A6DF87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7C84E1E-7743-421F-9067-0F5B2BBFE3E1}"/>
      </w:docPartPr>
      <w:docPartBody>
        <w:p w:rsidR="00413E1C" w:rsidRDefault="00413E1C">
          <w:pPr>
            <w:pStyle w:val="624CB178CCDE4180B291D4625A6DF871"/>
          </w:pPr>
          <w:r w:rsidRPr="00594B6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168228-6BB9-4F38-9367-4E90A5F9B2D4}"/>
      </w:docPartPr>
      <w:docPartBody>
        <w:p w:rsidR="001864FB" w:rsidRDefault="00061AA4">
          <w:r w:rsidRPr="00DB69AE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E1C"/>
    <w:rsid w:val="00061AA4"/>
    <w:rsid w:val="001864FB"/>
    <w:rsid w:val="001966DD"/>
    <w:rsid w:val="00314345"/>
    <w:rsid w:val="00413E1C"/>
    <w:rsid w:val="00501C95"/>
    <w:rsid w:val="006C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061AA4"/>
    <w:rPr>
      <w:color w:val="666666"/>
    </w:rPr>
  </w:style>
  <w:style w:type="paragraph" w:customStyle="1" w:styleId="9B0F467DC31E40519619D63A3DBF1C23">
    <w:name w:val="9B0F467DC31E40519619D63A3DBF1C23"/>
  </w:style>
  <w:style w:type="paragraph" w:customStyle="1" w:styleId="CC74BB8F599D418BBFF3B63F848F36FB">
    <w:name w:val="CC74BB8F599D418BBFF3B63F848F36FB"/>
  </w:style>
  <w:style w:type="paragraph" w:customStyle="1" w:styleId="37C39199989C4DB6A0FDB416C12CA0EC">
    <w:name w:val="37C39199989C4DB6A0FDB416C12CA0EC"/>
  </w:style>
  <w:style w:type="paragraph" w:customStyle="1" w:styleId="624CB178CCDE4180B291D4625A6DF871">
    <w:name w:val="624CB178CCDE4180B291D4625A6DF8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4B8291D849F4459D7AB60B6E79C880" ma:contentTypeVersion="19" ma:contentTypeDescription="Opret et nyt dokument." ma:contentTypeScope="" ma:versionID="a78408356dca72f47c8d200bd66f3dc6">
  <xsd:schema xmlns:xsd="http://www.w3.org/2001/XMLSchema" xmlns:xs="http://www.w3.org/2001/XMLSchema" xmlns:p="http://schemas.microsoft.com/office/2006/metadata/properties" xmlns:ns2="a408f06c-1694-489f-9cdc-5efa500d75a8" xmlns:ns3="31f27a57-5daa-4240-845d-578cc8bddeed" targetNamespace="http://schemas.microsoft.com/office/2006/metadata/properties" ma:root="true" ma:fieldsID="2bba9adcf97bc4a475ef233a638d02b0" ns2:_="" ns3:_="">
    <xsd:import namespace="a408f06c-1694-489f-9cdc-5efa500d75a8"/>
    <xsd:import namespace="31f27a57-5daa-4240-845d-578cc8bdde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08f06c-1694-489f-9cdc-5efa500d7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27a57-5daa-4240-845d-578cc8bdde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00a232f-cc08-489f-a25e-3e21eea59c29}" ma:internalName="TaxCatchAll" ma:showField="CatchAllData" ma:web="31f27a57-5daa-4240-845d-578cc8bdde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27a57-5daa-4240-845d-578cc8bddeed" xsi:nil="true"/>
    <lcf76f155ced4ddcb4097134ff3c332f xmlns="a408f06c-1694-489f-9cdc-5efa500d75a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77F1C3-8F81-4F23-AF20-B29412D0B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08f06c-1694-489f-9cdc-5efa500d75a8"/>
    <ds:schemaRef ds:uri="31f27a57-5daa-4240-845d-578cc8bdde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76A898-60FE-450D-82B8-C0C167D75A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B24CC-8C35-47CE-BA64-17C651AF33EE}">
  <ds:schemaRefs>
    <ds:schemaRef ds:uri="http://schemas.microsoft.com/office/2006/metadata/properties"/>
    <ds:schemaRef ds:uri="http://schemas.microsoft.com/office/infopath/2007/PartnerControls"/>
    <ds:schemaRef ds:uri="31f27a57-5daa-4240-845d-578cc8bddeed"/>
    <ds:schemaRef ds:uri="a408f06c-1694-489f-9cdc-5efa500d75a8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269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Lotte Friis</cp:lastModifiedBy>
  <cp:revision>44</cp:revision>
  <dcterms:created xsi:type="dcterms:W3CDTF">2026-10-05T03:19:00Z</dcterms:created>
  <dcterms:modified xsi:type="dcterms:W3CDTF">2026-10-13T09:30:00Z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0x010100224B8291D849F4459D7AB60B6E79C880</vt:lpwstr>
  </property>
  <property fmtid="{D5CDD505-2E9C-101B-9397-08002B2CF9AE}" pid="3" name="MediaServiceImageTags">
    <vt:lpwstr/>
  </property>
</Properties>
</file>