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6374D0" w14:paraId="581B23DB" w14:textId="77777777" w:rsidTr="00A32E59">
        <w:trPr>
          <w:jc w:val="center"/>
        </w:trPr>
        <w:tc>
          <w:tcPr>
            <w:tcW w:w="5270" w:type="dxa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0276315" w14:textId="42DD39A7" w:rsidR="006374D0" w:rsidRDefault="00E441CF">
            <w:r>
              <w:rPr>
                <w:noProof/>
                <w:lang w:val="da-DK"/>
              </w:rPr>
              <w:drawing>
                <wp:inline distT="0" distB="0" distL="0" distR="0" wp14:anchorId="3BF9932F" wp14:editId="63D66C61">
                  <wp:extent cx="1504950" cy="508791"/>
                  <wp:effectExtent l="0" t="0" r="0" b="5715"/>
                  <wp:docPr id="1374441514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441514" name="Grafik 1374441514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28" cy="515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0" w:type="dxa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210C325" w14:textId="65FB43DA" w:rsidR="006374D0" w:rsidRDefault="00E53BF2" w:rsidP="00A32E59">
            <w:pPr>
              <w:jc w:val="center"/>
            </w:pPr>
            <w:r>
              <w:rPr>
                <w:b/>
                <w:color w:val="5B7EB8"/>
                <w:sz w:val="34"/>
              </w:rPr>
              <w:t xml:space="preserve">                              </w:t>
            </w:r>
            <w:r w:rsidR="00384197" w:rsidRPr="002225B3">
              <w:rPr>
                <w:b/>
                <w:color w:val="7F7F7F" w:themeColor="text1" w:themeTint="80"/>
                <w:sz w:val="34"/>
              </w:rPr>
              <w:t>2027 - 2028</w:t>
            </w:r>
          </w:p>
        </w:tc>
      </w:tr>
    </w:tbl>
    <w:p w14:paraId="243B605D" w14:textId="77777777" w:rsidR="006374D0" w:rsidRDefault="006374D0">
      <w:pPr>
        <w:spacing w:after="0"/>
      </w:pPr>
    </w:p>
    <w:p w14:paraId="14ECA535" w14:textId="5A792766" w:rsidR="006374D0" w:rsidRPr="00C137EB" w:rsidRDefault="00384197">
      <w:pPr>
        <w:spacing w:after="80"/>
        <w:jc w:val="center"/>
        <w:rPr>
          <w:lang w:val="da-DK"/>
        </w:rPr>
      </w:pPr>
      <w:r w:rsidRPr="00C137EB">
        <w:rPr>
          <w:b/>
          <w:sz w:val="30"/>
          <w:lang w:val="da-DK"/>
        </w:rPr>
        <w:t>Sportslig anbefaling - ansøgning til ESAA</w:t>
      </w:r>
      <w:r w:rsidR="00A57FA9" w:rsidRPr="00C137EB">
        <w:rPr>
          <w:b/>
          <w:sz w:val="30"/>
          <w:lang w:val="da-DK"/>
        </w:rPr>
        <w:t xml:space="preserve"> </w:t>
      </w:r>
      <w:r w:rsidR="000539B0" w:rsidRPr="00C137EB">
        <w:rPr>
          <w:b/>
          <w:sz w:val="30"/>
          <w:lang w:val="da-DK"/>
        </w:rPr>
        <w:t>Ungdomsuddannelse</w:t>
      </w:r>
      <w:r w:rsidR="00A57FA9" w:rsidRPr="00C137EB">
        <w:rPr>
          <w:b/>
          <w:sz w:val="30"/>
          <w:lang w:val="da-DK"/>
        </w:rPr>
        <w:t xml:space="preserve"> </w:t>
      </w:r>
    </w:p>
    <w:p w14:paraId="558A986D" w14:textId="68ABD75A" w:rsidR="006374D0" w:rsidRPr="00A57FA9" w:rsidRDefault="00384197">
      <w:pPr>
        <w:spacing w:after="140"/>
        <w:rPr>
          <w:lang w:val="da-DK"/>
        </w:rPr>
      </w:pPr>
      <w:r w:rsidRPr="00A57FA9">
        <w:rPr>
          <w:i/>
          <w:sz w:val="17"/>
          <w:lang w:val="da-DK"/>
        </w:rPr>
        <w:t xml:space="preserve">Den sportslige anbefaling udfyldes for atleter, som træneren </w:t>
      </w:r>
      <w:r w:rsidR="00801983" w:rsidRPr="00A57FA9">
        <w:rPr>
          <w:i/>
          <w:sz w:val="17"/>
          <w:lang w:val="da-DK"/>
        </w:rPr>
        <w:t>vurderer,</w:t>
      </w:r>
      <w:r w:rsidRPr="00A57FA9">
        <w:rPr>
          <w:i/>
          <w:sz w:val="17"/>
          <w:lang w:val="da-DK"/>
        </w:rPr>
        <w:t xml:space="preserve"> har det sportslige niveau, udviklingspotentiale og den nødvendige motivation til at kunne indgå i et </w:t>
      </w:r>
      <w:r w:rsidR="00AD74F7">
        <w:rPr>
          <w:i/>
          <w:sz w:val="17"/>
          <w:lang w:val="da-DK"/>
        </w:rPr>
        <w:t>ESAA Dual Career forløb</w:t>
      </w: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6374D0" w:rsidRPr="00967ED5" w14:paraId="0347680D" w14:textId="77777777" w:rsidTr="005B62F5">
        <w:trPr>
          <w:jc w:val="center"/>
        </w:trPr>
        <w:tc>
          <w:tcPr>
            <w:tcW w:w="5270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0673F3" w14:textId="77777777" w:rsidR="006374D0" w:rsidRPr="00A57FA9" w:rsidRDefault="00384197">
            <w:pPr>
              <w:rPr>
                <w:lang w:val="da-DK"/>
              </w:rPr>
            </w:pPr>
            <w:r w:rsidRPr="00A57FA9">
              <w:rPr>
                <w:b/>
                <w:color w:val="E31B23"/>
                <w:sz w:val="15"/>
                <w:lang w:val="da-DK"/>
              </w:rPr>
              <w:t xml:space="preserve">SKAL UDFYLDES </w:t>
            </w:r>
            <w:r w:rsidRPr="005B62F5">
              <w:rPr>
                <w:sz w:val="16"/>
                <w:lang w:val="da-DK"/>
              </w:rPr>
              <w:t>Data på ansøger/udøver:</w:t>
            </w:r>
          </w:p>
          <w:p w14:paraId="2F9B0FC3" w14:textId="4E4C78CE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Navn:</w:t>
            </w:r>
            <w:sdt>
              <w:sdtPr>
                <w:rPr>
                  <w:b/>
                  <w:sz w:val="17"/>
                  <w:lang w:val="da-DK"/>
                </w:rPr>
                <w:id w:val="119835754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6AB8878D" w14:textId="50869FEF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Fødselsdato og år: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206467877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43512A6" w14:textId="0299007A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Sportsgren: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74625427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3194FC2" w14:textId="56EEA7E0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Klub:</w:t>
            </w:r>
            <w:r w:rsidR="00E441CF">
              <w:rPr>
                <w:b/>
                <w:sz w:val="17"/>
                <w:lang w:val="da-DK"/>
              </w:rPr>
              <w:t xml:space="preserve"> 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54969321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3D159D11" w14:textId="7E30A2DD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Evt. hold: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50933304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89C07C0" w14:textId="0BDFD4D2" w:rsidR="006374D0" w:rsidRPr="00A57FA9" w:rsidRDefault="006374D0">
            <w:pPr>
              <w:spacing w:after="20"/>
              <w:rPr>
                <w:lang w:val="da-DK"/>
              </w:rPr>
            </w:pPr>
          </w:p>
        </w:tc>
        <w:tc>
          <w:tcPr>
            <w:tcW w:w="5270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E23A1A" w14:textId="77777777" w:rsidR="006374D0" w:rsidRPr="00A57FA9" w:rsidRDefault="00384197">
            <w:pPr>
              <w:rPr>
                <w:lang w:val="da-DK"/>
              </w:rPr>
            </w:pPr>
            <w:r w:rsidRPr="00A57FA9">
              <w:rPr>
                <w:b/>
                <w:color w:val="E31B23"/>
                <w:sz w:val="15"/>
                <w:lang w:val="da-DK"/>
              </w:rPr>
              <w:t xml:space="preserve">SKAL UDFYLDES </w:t>
            </w:r>
            <w:r w:rsidRPr="005B62F5">
              <w:rPr>
                <w:sz w:val="16"/>
                <w:lang w:val="da-DK"/>
              </w:rPr>
              <w:t>Data på anbefaler:</w:t>
            </w:r>
          </w:p>
          <w:p w14:paraId="15DBC539" w14:textId="37F7CB7D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Navn: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11134628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2B29E404" w14:textId="51662C21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Position/funktion: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82712267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011D2BCC" w14:textId="2418B309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Klub/organisation: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15387182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5725E961" w14:textId="423EB052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Mail: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164133059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647717E3" w14:textId="5BD87C92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Mobil: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-82712747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  <w:p w14:paraId="47DC491D" w14:textId="77777777" w:rsidR="006374D0" w:rsidRPr="00A57FA9" w:rsidRDefault="006374D0">
            <w:pPr>
              <w:spacing w:after="20"/>
              <w:rPr>
                <w:lang w:val="da-DK"/>
              </w:rPr>
            </w:pPr>
          </w:p>
          <w:p w14:paraId="68EDBBB8" w14:textId="21EEDD66" w:rsidR="006374D0" w:rsidRPr="00A57FA9" w:rsidRDefault="00384197">
            <w:pPr>
              <w:spacing w:after="20"/>
              <w:rPr>
                <w:lang w:val="da-DK"/>
              </w:rPr>
            </w:pPr>
            <w:r w:rsidRPr="00A57FA9">
              <w:rPr>
                <w:b/>
                <w:sz w:val="17"/>
                <w:lang w:val="da-DK"/>
              </w:rPr>
              <w:t>Dato for udfyldelse:</w:t>
            </w:r>
            <w:r w:rsidR="009F1FAF">
              <w:rPr>
                <w:b/>
                <w:sz w:val="17"/>
                <w:lang w:val="da-DK"/>
              </w:rPr>
              <w:t xml:space="preserve"> </w:t>
            </w:r>
            <w:sdt>
              <w:sdtPr>
                <w:rPr>
                  <w:b/>
                  <w:sz w:val="17"/>
                  <w:lang w:val="da-DK"/>
                </w:rPr>
                <w:id w:val="162934805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</w:tc>
      </w:tr>
    </w:tbl>
    <w:p w14:paraId="656F64E8" w14:textId="77777777" w:rsidR="006374D0" w:rsidRPr="00A57FA9" w:rsidRDefault="006374D0">
      <w:pPr>
        <w:spacing w:after="0"/>
        <w:rPr>
          <w:lang w:val="da-DK"/>
        </w:rPr>
      </w:pP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967ED5" w14:paraId="4E12E6B3" w14:textId="77777777" w:rsidTr="00914BF6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7EFC3C" w14:textId="759CA845" w:rsidR="006374D0" w:rsidRPr="00625FC1" w:rsidRDefault="00384197">
            <w:pPr>
              <w:rPr>
                <w:color w:val="000000" w:themeColor="text1"/>
                <w:lang w:val="da-DK"/>
              </w:rPr>
            </w:pPr>
            <w:r w:rsidRPr="00625FC1">
              <w:rPr>
                <w:b/>
                <w:color w:val="000000" w:themeColor="text1"/>
                <w:sz w:val="19"/>
                <w:lang w:val="da-DK"/>
              </w:rPr>
              <w:t>1. Atletens aktuelle sportslige niveau o</w:t>
            </w:r>
            <w:r w:rsidR="005E42BA" w:rsidRPr="00625FC1">
              <w:rPr>
                <w:b/>
                <w:color w:val="000000" w:themeColor="text1"/>
                <w:sz w:val="19"/>
                <w:lang w:val="da-DK"/>
              </w:rPr>
              <w:t>g potentiale</w:t>
            </w:r>
          </w:p>
          <w:p w14:paraId="0B9F867B" w14:textId="44E44269" w:rsidR="006374D0" w:rsidRPr="00A57FA9" w:rsidRDefault="00384197">
            <w:pPr>
              <w:spacing w:after="40"/>
              <w:rPr>
                <w:lang w:val="da-DK"/>
              </w:rPr>
            </w:pPr>
            <w:r w:rsidRPr="00A57FA9">
              <w:rPr>
                <w:i/>
                <w:sz w:val="16"/>
                <w:lang w:val="da-DK"/>
              </w:rPr>
              <w:t>Beskriv atletens aktuelle sportslige niveau</w:t>
            </w:r>
            <w:r w:rsidR="00E37934">
              <w:rPr>
                <w:i/>
                <w:sz w:val="16"/>
                <w:lang w:val="da-DK"/>
              </w:rPr>
              <w:t xml:space="preserve"> </w:t>
            </w:r>
            <w:r w:rsidRPr="00A57FA9">
              <w:rPr>
                <w:i/>
                <w:sz w:val="16"/>
                <w:lang w:val="da-DK"/>
              </w:rPr>
              <w:t xml:space="preserve">og </w:t>
            </w:r>
            <w:r w:rsidR="005E42BA">
              <w:rPr>
                <w:i/>
                <w:sz w:val="16"/>
                <w:lang w:val="da-DK"/>
              </w:rPr>
              <w:t>potentiale i en national kontekst</w:t>
            </w:r>
            <w:r w:rsidRPr="00A57FA9">
              <w:rPr>
                <w:i/>
                <w:sz w:val="16"/>
                <w:lang w:val="da-DK"/>
              </w:rPr>
              <w:t>. Inddrag gerne relevante resultater</w:t>
            </w:r>
            <w:r w:rsidR="002556CB">
              <w:rPr>
                <w:i/>
                <w:sz w:val="16"/>
                <w:lang w:val="da-DK"/>
              </w:rPr>
              <w:t xml:space="preserve"> og </w:t>
            </w:r>
            <w:r w:rsidRPr="00A57FA9">
              <w:rPr>
                <w:i/>
                <w:sz w:val="16"/>
                <w:lang w:val="da-DK"/>
              </w:rPr>
              <w:t>udvikling</w:t>
            </w:r>
            <w:r w:rsidR="002556CB">
              <w:rPr>
                <w:i/>
                <w:sz w:val="16"/>
                <w:lang w:val="da-DK"/>
              </w:rPr>
              <w:t xml:space="preserve">. Vurder </w:t>
            </w:r>
            <w:r w:rsidRPr="00A57FA9">
              <w:rPr>
                <w:i/>
                <w:sz w:val="16"/>
                <w:lang w:val="da-DK"/>
              </w:rPr>
              <w:t>atletens ambitioner og engagement i egen sportslige udvikling.</w:t>
            </w:r>
          </w:p>
          <w:p w14:paraId="2CC048D5" w14:textId="4785472B" w:rsidR="009F1FAF" w:rsidRPr="00A57FA9" w:rsidRDefault="009F1FAF">
            <w:pPr>
              <w:spacing w:after="20" w:line="240" w:lineRule="auto"/>
              <w:rPr>
                <w:lang w:val="da-DK"/>
              </w:rPr>
            </w:pPr>
          </w:p>
          <w:sdt>
            <w:sdtPr>
              <w:rPr>
                <w:lang w:val="da-DK"/>
              </w:rPr>
              <w:id w:val="-151374858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692855B" w14:textId="747193F3" w:rsidR="006374D0" w:rsidRPr="00A57FA9" w:rsidRDefault="009F1FAF">
                <w:pPr>
                  <w:spacing w:after="20" w:line="240" w:lineRule="auto"/>
                  <w:rPr>
                    <w:lang w:val="da-DK"/>
                  </w:rPr>
                </w:pPr>
                <w:r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p>
            </w:sdtContent>
          </w:sdt>
        </w:tc>
      </w:tr>
    </w:tbl>
    <w:p w14:paraId="4629376B" w14:textId="77777777" w:rsidR="006374D0" w:rsidRPr="00A57FA9" w:rsidRDefault="006374D0">
      <w:pPr>
        <w:spacing w:after="0"/>
        <w:rPr>
          <w:lang w:val="da-DK"/>
        </w:rPr>
      </w:pP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967ED5" w14:paraId="54AB713A" w14:textId="77777777" w:rsidTr="00914BF6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B1DD6E" w14:textId="15C2CBFF" w:rsidR="00724CF3" w:rsidRPr="00625FC1" w:rsidRDefault="00384197" w:rsidP="00724CF3">
            <w:pPr>
              <w:rPr>
                <w:b/>
                <w:color w:val="000000" w:themeColor="text1"/>
                <w:lang w:val="da-DK"/>
              </w:rPr>
            </w:pPr>
            <w:r w:rsidRPr="00625FC1">
              <w:rPr>
                <w:b/>
                <w:color w:val="000000" w:themeColor="text1"/>
                <w:sz w:val="19"/>
                <w:lang w:val="da-DK"/>
              </w:rPr>
              <w:t xml:space="preserve">2. </w:t>
            </w:r>
            <w:r w:rsidR="007850D2" w:rsidRPr="00625FC1">
              <w:rPr>
                <w:b/>
                <w:color w:val="000000" w:themeColor="text1"/>
                <w:sz w:val="19"/>
                <w:lang w:val="da-DK"/>
              </w:rPr>
              <w:t>Træningsmæssig</w:t>
            </w:r>
            <w:r w:rsidR="007E743B" w:rsidRPr="00625FC1">
              <w:rPr>
                <w:b/>
                <w:color w:val="000000" w:themeColor="text1"/>
                <w:sz w:val="19"/>
                <w:lang w:val="da-DK"/>
              </w:rPr>
              <w:t xml:space="preserve"> baggrund</w:t>
            </w:r>
          </w:p>
          <w:p w14:paraId="6885FCF7" w14:textId="4295501D" w:rsidR="006374D0" w:rsidRPr="00724CF3" w:rsidRDefault="00506AFA" w:rsidP="00724CF3">
            <w:pPr>
              <w:rPr>
                <w:b/>
                <w:color w:val="002B66"/>
                <w:lang w:val="da-DK"/>
              </w:rPr>
            </w:pPr>
            <w:r>
              <w:rPr>
                <w:i/>
                <w:sz w:val="16"/>
                <w:lang w:val="da-DK"/>
              </w:rPr>
              <w:t>Beskriv a</w:t>
            </w:r>
            <w:r w:rsidR="007850D2">
              <w:rPr>
                <w:i/>
                <w:sz w:val="16"/>
                <w:lang w:val="da-DK"/>
              </w:rPr>
              <w:t>tleten</w:t>
            </w:r>
            <w:r>
              <w:rPr>
                <w:i/>
                <w:sz w:val="16"/>
                <w:lang w:val="da-DK"/>
              </w:rPr>
              <w:t xml:space="preserve">s træningsbaggrund </w:t>
            </w:r>
            <w:r w:rsidR="00EF289F">
              <w:rPr>
                <w:i/>
                <w:sz w:val="16"/>
                <w:lang w:val="da-DK"/>
              </w:rPr>
              <w:t>og antal ugentlige træningspas. Beskriv atletens</w:t>
            </w:r>
            <w:r w:rsidR="005E42BA">
              <w:rPr>
                <w:i/>
                <w:sz w:val="16"/>
                <w:lang w:val="da-DK"/>
              </w:rPr>
              <w:t xml:space="preserve"> </w:t>
            </w:r>
            <w:r w:rsidR="00EA7D26">
              <w:rPr>
                <w:i/>
                <w:sz w:val="16"/>
                <w:lang w:val="da-DK"/>
              </w:rPr>
              <w:t xml:space="preserve">robusthed i forhold til </w:t>
            </w:r>
            <w:r w:rsidR="00755BBC">
              <w:rPr>
                <w:i/>
                <w:sz w:val="16"/>
                <w:lang w:val="da-DK"/>
              </w:rPr>
              <w:t xml:space="preserve">skærpede krav </w:t>
            </w:r>
            <w:r w:rsidR="000432B3">
              <w:rPr>
                <w:i/>
                <w:sz w:val="16"/>
                <w:lang w:val="da-DK"/>
              </w:rPr>
              <w:t>til træning og konkurrence</w:t>
            </w:r>
            <w:r w:rsidR="00D65A50">
              <w:rPr>
                <w:i/>
                <w:sz w:val="16"/>
                <w:lang w:val="da-DK"/>
              </w:rPr>
              <w:t xml:space="preserve">. </w:t>
            </w:r>
            <w:r w:rsidR="00F83EFC">
              <w:rPr>
                <w:i/>
                <w:sz w:val="16"/>
                <w:lang w:val="da-DK"/>
              </w:rPr>
              <w:t>Har</w:t>
            </w:r>
            <w:r w:rsidR="00D65A50">
              <w:rPr>
                <w:i/>
                <w:sz w:val="16"/>
                <w:lang w:val="da-DK"/>
              </w:rPr>
              <w:t xml:space="preserve"> atleten </w:t>
            </w:r>
            <w:r w:rsidR="00F83EFC">
              <w:rPr>
                <w:i/>
                <w:sz w:val="16"/>
                <w:lang w:val="da-DK"/>
              </w:rPr>
              <w:t xml:space="preserve">erfaring med </w:t>
            </w:r>
            <w:r w:rsidR="00D65A50">
              <w:rPr>
                <w:i/>
                <w:sz w:val="16"/>
                <w:lang w:val="da-DK"/>
              </w:rPr>
              <w:t>morgentræn</w:t>
            </w:r>
            <w:r w:rsidR="00F83EFC">
              <w:rPr>
                <w:i/>
                <w:sz w:val="16"/>
                <w:lang w:val="da-DK"/>
              </w:rPr>
              <w:t>ing</w:t>
            </w:r>
            <w:r w:rsidR="00D65A50">
              <w:rPr>
                <w:i/>
                <w:sz w:val="16"/>
                <w:lang w:val="da-DK"/>
              </w:rPr>
              <w:t>?</w:t>
            </w:r>
          </w:p>
          <w:p w14:paraId="6549A0D1" w14:textId="65B32A9B" w:rsidR="006374D0" w:rsidRPr="00A57FA9" w:rsidRDefault="00384197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id w:val="-26631453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</w:tc>
      </w:tr>
    </w:tbl>
    <w:p w14:paraId="5023AF36" w14:textId="77777777" w:rsidR="006374D0" w:rsidRPr="00A57FA9" w:rsidRDefault="006374D0">
      <w:pPr>
        <w:spacing w:after="0"/>
        <w:rPr>
          <w:lang w:val="da-DK"/>
        </w:rPr>
      </w:pP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967ED5" w14:paraId="5E479D9A" w14:textId="77777777" w:rsidTr="00914BF6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058F1A" w14:textId="3E1BAC3C" w:rsidR="006374D0" w:rsidRPr="00625FC1" w:rsidRDefault="00384197">
            <w:pPr>
              <w:rPr>
                <w:lang w:val="da-DK"/>
              </w:rPr>
            </w:pPr>
            <w:r w:rsidRPr="00A57FA9">
              <w:rPr>
                <w:b/>
                <w:color w:val="002B66"/>
                <w:sz w:val="19"/>
                <w:lang w:val="da-DK"/>
              </w:rPr>
              <w:t xml:space="preserve">3. </w:t>
            </w:r>
            <w:r w:rsidRPr="00625FC1">
              <w:rPr>
                <w:b/>
                <w:color w:val="000000" w:themeColor="text1"/>
                <w:sz w:val="19"/>
                <w:lang w:val="da-DK"/>
              </w:rPr>
              <w:t>Forudsætninger</w:t>
            </w:r>
            <w:r w:rsidRPr="00A57FA9">
              <w:rPr>
                <w:b/>
                <w:color w:val="002B66"/>
                <w:sz w:val="19"/>
                <w:lang w:val="da-DK"/>
              </w:rPr>
              <w:t xml:space="preserve"> </w:t>
            </w:r>
            <w:r w:rsidRPr="00625FC1">
              <w:rPr>
                <w:b/>
                <w:sz w:val="19"/>
                <w:lang w:val="da-DK"/>
              </w:rPr>
              <w:t xml:space="preserve">for </w:t>
            </w:r>
            <w:r w:rsidR="003523A5" w:rsidRPr="00625FC1">
              <w:rPr>
                <w:b/>
                <w:sz w:val="19"/>
                <w:lang w:val="da-DK"/>
              </w:rPr>
              <w:t xml:space="preserve">at indgå i </w:t>
            </w:r>
            <w:r w:rsidRPr="00625FC1">
              <w:rPr>
                <w:b/>
                <w:sz w:val="19"/>
                <w:lang w:val="da-DK"/>
              </w:rPr>
              <w:t>et ESAA</w:t>
            </w:r>
            <w:r w:rsidR="00450A7D" w:rsidRPr="00625FC1">
              <w:rPr>
                <w:b/>
                <w:sz w:val="19"/>
                <w:lang w:val="da-DK"/>
              </w:rPr>
              <w:t xml:space="preserve"> </w:t>
            </w:r>
            <w:r w:rsidRPr="00625FC1">
              <w:rPr>
                <w:b/>
                <w:sz w:val="19"/>
                <w:lang w:val="da-DK"/>
              </w:rPr>
              <w:t>-</w:t>
            </w:r>
            <w:r w:rsidR="00DA429B" w:rsidRPr="00625FC1">
              <w:rPr>
                <w:b/>
                <w:sz w:val="19"/>
                <w:lang w:val="da-DK"/>
              </w:rPr>
              <w:t xml:space="preserve"> Dual Career </w:t>
            </w:r>
            <w:r w:rsidRPr="00625FC1">
              <w:rPr>
                <w:b/>
                <w:sz w:val="19"/>
                <w:lang w:val="da-DK"/>
              </w:rPr>
              <w:t>forløb</w:t>
            </w:r>
            <w:r w:rsidR="00AB2017" w:rsidRPr="00625FC1">
              <w:rPr>
                <w:b/>
                <w:sz w:val="19"/>
                <w:lang w:val="da-DK"/>
              </w:rPr>
              <w:t xml:space="preserve"> </w:t>
            </w:r>
          </w:p>
          <w:p w14:paraId="584DAA36" w14:textId="0F362A74" w:rsidR="006374D0" w:rsidRPr="00A57FA9" w:rsidRDefault="00384197" w:rsidP="00AB2017">
            <w:pPr>
              <w:spacing w:after="40"/>
              <w:rPr>
                <w:lang w:val="da-DK"/>
              </w:rPr>
            </w:pPr>
            <w:r w:rsidRPr="00A57FA9">
              <w:rPr>
                <w:i/>
                <w:sz w:val="16"/>
                <w:lang w:val="da-DK"/>
              </w:rPr>
              <w:t xml:space="preserve">Vurder atletens forudsætninger </w:t>
            </w:r>
            <w:r w:rsidR="00AB2017">
              <w:rPr>
                <w:i/>
                <w:sz w:val="16"/>
                <w:lang w:val="da-DK"/>
              </w:rPr>
              <w:t xml:space="preserve">for </w:t>
            </w:r>
            <w:r w:rsidR="003523A5">
              <w:rPr>
                <w:i/>
                <w:sz w:val="16"/>
                <w:lang w:val="da-DK"/>
              </w:rPr>
              <w:t xml:space="preserve">over tid </w:t>
            </w:r>
            <w:r w:rsidR="00AB2017">
              <w:rPr>
                <w:i/>
                <w:sz w:val="16"/>
                <w:lang w:val="da-DK"/>
              </w:rPr>
              <w:t xml:space="preserve">at kunne </w:t>
            </w:r>
            <w:r w:rsidR="00B67A16">
              <w:rPr>
                <w:i/>
                <w:sz w:val="16"/>
                <w:lang w:val="da-DK"/>
              </w:rPr>
              <w:t>fastholde et højt sportsligt ambitionsnivea</w:t>
            </w:r>
            <w:r w:rsidR="00461204">
              <w:rPr>
                <w:i/>
                <w:sz w:val="16"/>
                <w:lang w:val="da-DK"/>
              </w:rPr>
              <w:t>u og aktivt prioritere i hverdagen</w:t>
            </w:r>
          </w:p>
          <w:p w14:paraId="3687B6AE" w14:textId="77777777" w:rsidR="006374D0" w:rsidRPr="00A57FA9" w:rsidRDefault="00384197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  <w:p w14:paraId="08FC9E0A" w14:textId="6F146378" w:rsidR="006374D0" w:rsidRPr="00A57FA9" w:rsidRDefault="00384197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id w:val="75647673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</w:tc>
      </w:tr>
    </w:tbl>
    <w:p w14:paraId="7C761115" w14:textId="77777777" w:rsidR="006374D0" w:rsidRPr="00A57FA9" w:rsidRDefault="006374D0">
      <w:pPr>
        <w:spacing w:after="0"/>
        <w:rPr>
          <w:lang w:val="da-DK"/>
        </w:rPr>
      </w:pP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6374D0" w:rsidRPr="00967ED5" w14:paraId="565CBF75" w14:textId="77777777" w:rsidTr="00914BF6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7A414C" w14:textId="763A21A4" w:rsidR="006374D0" w:rsidRPr="00625FC1" w:rsidRDefault="00384197">
            <w:pPr>
              <w:rPr>
                <w:lang w:val="da-DK"/>
              </w:rPr>
            </w:pPr>
            <w:r w:rsidRPr="00625FC1">
              <w:rPr>
                <w:b/>
                <w:sz w:val="19"/>
                <w:lang w:val="da-DK"/>
              </w:rPr>
              <w:t xml:space="preserve">4. </w:t>
            </w:r>
            <w:r w:rsidR="007E30B0" w:rsidRPr="00625FC1">
              <w:rPr>
                <w:b/>
                <w:sz w:val="19"/>
                <w:lang w:val="da-DK"/>
              </w:rPr>
              <w:t>Sportslig</w:t>
            </w:r>
            <w:r w:rsidR="00B407C6" w:rsidRPr="00625FC1">
              <w:rPr>
                <w:b/>
                <w:sz w:val="19"/>
                <w:lang w:val="da-DK"/>
              </w:rPr>
              <w:t xml:space="preserve">t setup og </w:t>
            </w:r>
            <w:r w:rsidR="007E30B0" w:rsidRPr="00625FC1">
              <w:rPr>
                <w:b/>
                <w:sz w:val="19"/>
                <w:lang w:val="da-DK"/>
              </w:rPr>
              <w:t>målsætninge</w:t>
            </w:r>
            <w:r w:rsidR="007F3631" w:rsidRPr="00625FC1">
              <w:rPr>
                <w:b/>
                <w:sz w:val="19"/>
                <w:lang w:val="da-DK"/>
              </w:rPr>
              <w:t>r</w:t>
            </w:r>
          </w:p>
          <w:p w14:paraId="0990BDB1" w14:textId="77777777" w:rsidR="00A92AEF" w:rsidRPr="00A57FA9" w:rsidRDefault="002F290B" w:rsidP="00A92AEF">
            <w:pPr>
              <w:spacing w:after="20" w:line="240" w:lineRule="auto"/>
              <w:rPr>
                <w:lang w:val="da-DK"/>
              </w:rPr>
            </w:pPr>
            <w:r>
              <w:rPr>
                <w:i/>
                <w:sz w:val="16"/>
                <w:lang w:val="da-DK"/>
              </w:rPr>
              <w:t xml:space="preserve">Hvilken </w:t>
            </w:r>
            <w:r w:rsidR="00B837B2">
              <w:rPr>
                <w:i/>
                <w:sz w:val="16"/>
                <w:lang w:val="da-DK"/>
              </w:rPr>
              <w:t xml:space="preserve">plan er lagt </w:t>
            </w:r>
            <w:r w:rsidR="00ED5853">
              <w:rPr>
                <w:i/>
                <w:sz w:val="16"/>
                <w:lang w:val="da-DK"/>
              </w:rPr>
              <w:t xml:space="preserve">for den kommende periode (1-2 år)? </w:t>
            </w:r>
            <w:r w:rsidR="00A92AEF">
              <w:rPr>
                <w:i/>
                <w:sz w:val="16"/>
                <w:lang w:val="da-DK"/>
              </w:rPr>
              <w:t>Kort beskrivelse af udøverens træningsmiljø i den kommende periode</w:t>
            </w:r>
          </w:p>
          <w:p w14:paraId="4697EC91" w14:textId="10C9DF68" w:rsidR="006374D0" w:rsidRPr="00A57FA9" w:rsidRDefault="00E07961">
            <w:pPr>
              <w:spacing w:after="20" w:line="240" w:lineRule="auto"/>
              <w:rPr>
                <w:lang w:val="da-DK"/>
              </w:rPr>
            </w:pPr>
            <w:r>
              <w:rPr>
                <w:i/>
                <w:sz w:val="16"/>
                <w:lang w:val="da-DK"/>
              </w:rPr>
              <w:t>Hvilke specifikke sportslige målsætninger arbejdes der efter?</w:t>
            </w:r>
            <w:r w:rsidR="007F3631">
              <w:rPr>
                <w:i/>
                <w:sz w:val="16"/>
                <w:lang w:val="da-DK"/>
              </w:rPr>
              <w:t xml:space="preserve"> </w:t>
            </w:r>
          </w:p>
          <w:p w14:paraId="4D5B5C34" w14:textId="77777777" w:rsidR="006374D0" w:rsidRPr="00A57FA9" w:rsidRDefault="00384197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</w:p>
          <w:p w14:paraId="44ED1573" w14:textId="768FD670" w:rsidR="006374D0" w:rsidRPr="00A57FA9" w:rsidRDefault="00384197">
            <w:pPr>
              <w:spacing w:after="20" w:line="240" w:lineRule="auto"/>
              <w:rPr>
                <w:lang w:val="da-DK"/>
              </w:rPr>
            </w:pPr>
            <w:r w:rsidRPr="00A57FA9">
              <w:rPr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id w:val="-30531689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F1FAF"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sdtContent>
            </w:sdt>
          </w:p>
        </w:tc>
      </w:tr>
    </w:tbl>
    <w:p w14:paraId="3564BC9F" w14:textId="4C3EC347" w:rsidR="009C2964" w:rsidRPr="002569BA" w:rsidRDefault="00366172" w:rsidP="00171E42">
      <w:pPr>
        <w:spacing w:after="0"/>
        <w:rPr>
          <w:lang w:val="da-DK"/>
        </w:rPr>
      </w:pPr>
      <w:r>
        <w:rPr>
          <w:lang w:val="da-DK"/>
        </w:rPr>
        <w:t xml:space="preserve"> </w:t>
      </w:r>
    </w:p>
    <w:tbl>
      <w:tblPr>
        <w:tblW w:w="0" w:type="auto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510"/>
      </w:tblGrid>
      <w:tr w:rsidR="00257CA2" w:rsidRPr="00967ED5" w14:paraId="087FD61B" w14:textId="77777777" w:rsidTr="00914BF6">
        <w:trPr>
          <w:jc w:val="center"/>
        </w:trPr>
        <w:tc>
          <w:tcPr>
            <w:tcW w:w="105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A27B66" w14:textId="4E404BA4" w:rsidR="00B637BC" w:rsidRPr="00625FC1" w:rsidRDefault="00A65657" w:rsidP="00B637BC">
            <w:pPr>
              <w:rPr>
                <w:lang w:val="da-DK"/>
              </w:rPr>
            </w:pPr>
            <w:r w:rsidRPr="00625FC1">
              <w:rPr>
                <w:b/>
                <w:sz w:val="19"/>
                <w:lang w:val="da-DK"/>
              </w:rPr>
              <w:t>5</w:t>
            </w:r>
            <w:r w:rsidR="00257CA2" w:rsidRPr="00625FC1">
              <w:rPr>
                <w:b/>
                <w:sz w:val="19"/>
                <w:lang w:val="da-DK"/>
              </w:rPr>
              <w:t xml:space="preserve">. </w:t>
            </w:r>
            <w:r w:rsidR="00B637BC" w:rsidRPr="00625FC1">
              <w:rPr>
                <w:b/>
                <w:sz w:val="19"/>
                <w:lang w:val="da-DK"/>
              </w:rPr>
              <w:t xml:space="preserve">Samlet sportslig </w:t>
            </w:r>
            <w:r w:rsidR="00022626">
              <w:rPr>
                <w:b/>
                <w:sz w:val="19"/>
                <w:lang w:val="da-DK"/>
              </w:rPr>
              <w:t>vurdering</w:t>
            </w:r>
          </w:p>
          <w:p w14:paraId="5265B29A" w14:textId="212B23C3" w:rsidR="00B637BC" w:rsidRPr="00A57FA9" w:rsidRDefault="00EC32EC" w:rsidP="00B637BC">
            <w:pPr>
              <w:spacing w:after="40"/>
              <w:rPr>
                <w:lang w:val="da-DK"/>
              </w:rPr>
            </w:pPr>
            <w:r>
              <w:rPr>
                <w:i/>
                <w:sz w:val="16"/>
                <w:lang w:val="da-DK"/>
              </w:rPr>
              <w:t>Fx h</w:t>
            </w:r>
            <w:r w:rsidR="00B637BC">
              <w:rPr>
                <w:i/>
                <w:sz w:val="16"/>
                <w:lang w:val="da-DK"/>
              </w:rPr>
              <w:t>vorfor vurderes ESAA at være relevant for denne udøver?</w:t>
            </w:r>
          </w:p>
          <w:p w14:paraId="1030AF66" w14:textId="77777777" w:rsidR="00257CA2" w:rsidRDefault="00257CA2" w:rsidP="00A71B69">
            <w:pPr>
              <w:spacing w:after="20" w:line="240" w:lineRule="auto"/>
              <w:rPr>
                <w:lang w:val="da-DK"/>
              </w:rPr>
            </w:pPr>
          </w:p>
          <w:sdt>
            <w:sdtPr>
              <w:rPr>
                <w:lang w:val="da-DK"/>
              </w:rPr>
              <w:id w:val="-92056016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C035FD2" w14:textId="0FE14BB8" w:rsidR="00BE7118" w:rsidRPr="00A57FA9" w:rsidRDefault="009F1FAF" w:rsidP="00A71B69">
                <w:pPr>
                  <w:spacing w:after="20" w:line="240" w:lineRule="auto"/>
                  <w:rPr>
                    <w:lang w:val="da-DK"/>
                  </w:rPr>
                </w:pPr>
                <w:r w:rsidRPr="009F1FAF">
                  <w:rPr>
                    <w:rStyle w:val="Pladsholdertekst"/>
                    <w:lang w:val="da-DK"/>
                  </w:rPr>
                  <w:t>Klik eller tryk her for at skrive tekst.</w:t>
                </w:r>
              </w:p>
            </w:sdtContent>
          </w:sdt>
        </w:tc>
      </w:tr>
    </w:tbl>
    <w:p w14:paraId="1B2D2F95" w14:textId="77777777" w:rsidR="009C2964" w:rsidRPr="009C2964" w:rsidRDefault="009C2964" w:rsidP="00171E42">
      <w:pPr>
        <w:spacing w:after="0"/>
        <w:rPr>
          <w:i/>
          <w:iCs/>
          <w:lang w:val="da-DK"/>
        </w:rPr>
      </w:pPr>
    </w:p>
    <w:sectPr w:rsidR="009C2964" w:rsidRPr="009C2964" w:rsidSect="00034616">
      <w:footerReference w:type="default" r:id="rId13"/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13691" w14:textId="77777777" w:rsidR="00A84141" w:rsidRDefault="00A84141">
      <w:pPr>
        <w:spacing w:after="0" w:line="240" w:lineRule="auto"/>
      </w:pPr>
      <w:r>
        <w:separator/>
      </w:r>
    </w:p>
  </w:endnote>
  <w:endnote w:type="continuationSeparator" w:id="0">
    <w:p w14:paraId="5CB54D82" w14:textId="77777777" w:rsidR="00A84141" w:rsidRDefault="00A84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80360" w14:textId="77777777" w:rsidR="006374D0" w:rsidRDefault="00384197">
    <w:pPr>
      <w:pStyle w:val="Sidefod"/>
      <w:jc w:val="center"/>
    </w:pPr>
    <w:r>
      <w:rPr>
        <w:color w:val="6E9EC0"/>
        <w:sz w:val="15"/>
      </w:rPr>
      <w:t>ESAA - Elite Sports Akademi Aarhus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3EDF2" w14:textId="77777777" w:rsidR="00A84141" w:rsidRDefault="00A84141">
      <w:pPr>
        <w:spacing w:after="0" w:line="240" w:lineRule="auto"/>
      </w:pPr>
      <w:r>
        <w:separator/>
      </w:r>
    </w:p>
  </w:footnote>
  <w:footnote w:type="continuationSeparator" w:id="0">
    <w:p w14:paraId="4E9B853A" w14:textId="77777777" w:rsidR="00A84141" w:rsidRDefault="00A84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9424817">
    <w:abstractNumId w:val="8"/>
  </w:num>
  <w:num w:numId="2" w16cid:durableId="886330805">
    <w:abstractNumId w:val="6"/>
  </w:num>
  <w:num w:numId="3" w16cid:durableId="1214972646">
    <w:abstractNumId w:val="5"/>
  </w:num>
  <w:num w:numId="4" w16cid:durableId="1070075281">
    <w:abstractNumId w:val="4"/>
  </w:num>
  <w:num w:numId="5" w16cid:durableId="1446460877">
    <w:abstractNumId w:val="7"/>
  </w:num>
  <w:num w:numId="6" w16cid:durableId="2134907331">
    <w:abstractNumId w:val="3"/>
  </w:num>
  <w:num w:numId="7" w16cid:durableId="1914244109">
    <w:abstractNumId w:val="2"/>
  </w:num>
  <w:num w:numId="8" w16cid:durableId="1421410956">
    <w:abstractNumId w:val="1"/>
  </w:num>
  <w:num w:numId="9" w16cid:durableId="1632633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4YK4E2uY5Sc+dCVcZwqPJKoI/TVPEpvp3LWnn8iZjUAKst70brCE6A4N2Yit+GXO9vuD1cfoBdYMJJNjS2spA==" w:salt="YhF33W/b+KLu/KDBOWKXL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626"/>
    <w:rsid w:val="00034616"/>
    <w:rsid w:val="000432B3"/>
    <w:rsid w:val="000539B0"/>
    <w:rsid w:val="0006063C"/>
    <w:rsid w:val="000771AD"/>
    <w:rsid w:val="00121E5D"/>
    <w:rsid w:val="0015074B"/>
    <w:rsid w:val="00171E42"/>
    <w:rsid w:val="001B7A66"/>
    <w:rsid w:val="001D4B69"/>
    <w:rsid w:val="002225B3"/>
    <w:rsid w:val="00240B32"/>
    <w:rsid w:val="002556CB"/>
    <w:rsid w:val="002569BA"/>
    <w:rsid w:val="00257CA2"/>
    <w:rsid w:val="0029639D"/>
    <w:rsid w:val="002C2F8D"/>
    <w:rsid w:val="002E7B14"/>
    <w:rsid w:val="002F290B"/>
    <w:rsid w:val="00326F90"/>
    <w:rsid w:val="003523A5"/>
    <w:rsid w:val="00366172"/>
    <w:rsid w:val="00384197"/>
    <w:rsid w:val="0039407E"/>
    <w:rsid w:val="003C3F8C"/>
    <w:rsid w:val="0040685A"/>
    <w:rsid w:val="00450A7D"/>
    <w:rsid w:val="004526F1"/>
    <w:rsid w:val="00453E7F"/>
    <w:rsid w:val="00461204"/>
    <w:rsid w:val="00501C95"/>
    <w:rsid w:val="00506AFA"/>
    <w:rsid w:val="005358A8"/>
    <w:rsid w:val="005B62F5"/>
    <w:rsid w:val="005C0274"/>
    <w:rsid w:val="005E42BA"/>
    <w:rsid w:val="00604ECF"/>
    <w:rsid w:val="00615A31"/>
    <w:rsid w:val="00625C3A"/>
    <w:rsid w:val="00625FC1"/>
    <w:rsid w:val="006374D0"/>
    <w:rsid w:val="006956CE"/>
    <w:rsid w:val="006C242F"/>
    <w:rsid w:val="006E4641"/>
    <w:rsid w:val="00714CF2"/>
    <w:rsid w:val="00724CF3"/>
    <w:rsid w:val="00736D75"/>
    <w:rsid w:val="00755BBC"/>
    <w:rsid w:val="007850D2"/>
    <w:rsid w:val="007B7D97"/>
    <w:rsid w:val="007D4876"/>
    <w:rsid w:val="007E30B0"/>
    <w:rsid w:val="007E743B"/>
    <w:rsid w:val="007F3631"/>
    <w:rsid w:val="00801983"/>
    <w:rsid w:val="00847A5A"/>
    <w:rsid w:val="008C70AD"/>
    <w:rsid w:val="00914BF6"/>
    <w:rsid w:val="0095683A"/>
    <w:rsid w:val="00967ED5"/>
    <w:rsid w:val="009C2964"/>
    <w:rsid w:val="009F1FAF"/>
    <w:rsid w:val="00A24152"/>
    <w:rsid w:val="00A32E59"/>
    <w:rsid w:val="00A57FA9"/>
    <w:rsid w:val="00A65173"/>
    <w:rsid w:val="00A65657"/>
    <w:rsid w:val="00A84141"/>
    <w:rsid w:val="00A92AEF"/>
    <w:rsid w:val="00AA1D8D"/>
    <w:rsid w:val="00AB2017"/>
    <w:rsid w:val="00AD74F7"/>
    <w:rsid w:val="00B01A2A"/>
    <w:rsid w:val="00B101E2"/>
    <w:rsid w:val="00B407C6"/>
    <w:rsid w:val="00B47730"/>
    <w:rsid w:val="00B637BC"/>
    <w:rsid w:val="00B67A16"/>
    <w:rsid w:val="00B837B2"/>
    <w:rsid w:val="00BE7118"/>
    <w:rsid w:val="00BF0E26"/>
    <w:rsid w:val="00C137EB"/>
    <w:rsid w:val="00CB0664"/>
    <w:rsid w:val="00D65A50"/>
    <w:rsid w:val="00DA429B"/>
    <w:rsid w:val="00E07961"/>
    <w:rsid w:val="00E31771"/>
    <w:rsid w:val="00E37934"/>
    <w:rsid w:val="00E441CF"/>
    <w:rsid w:val="00E53BF2"/>
    <w:rsid w:val="00EA7D26"/>
    <w:rsid w:val="00EC32EC"/>
    <w:rsid w:val="00EC5696"/>
    <w:rsid w:val="00ED5853"/>
    <w:rsid w:val="00EF2861"/>
    <w:rsid w:val="00EF289F"/>
    <w:rsid w:val="00F83EFC"/>
    <w:rsid w:val="00FC693F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E7206B"/>
  <w14:defaultImageDpi w14:val="300"/>
  <w15:docId w15:val="{9D1C6D44-0D36-4A78-B92C-92A4DBAB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dsholdertekst">
    <w:name w:val="Placeholder Text"/>
    <w:basedOn w:val="Standardskrifttypeiafsnit"/>
    <w:uiPriority w:val="99"/>
    <w:semiHidden/>
    <w:rsid w:val="009F1F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9ABA66-FB8E-4D60-A43B-CDC5EA1B8742}"/>
      </w:docPartPr>
      <w:docPartBody>
        <w:p w:rsidR="00036D8B" w:rsidRDefault="00C92EB0">
          <w:r w:rsidRPr="003F4B1D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B0"/>
    <w:rsid w:val="00015F06"/>
    <w:rsid w:val="00036D8B"/>
    <w:rsid w:val="00240B32"/>
    <w:rsid w:val="003B5879"/>
    <w:rsid w:val="00C92EB0"/>
    <w:rsid w:val="00EC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92EB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27a57-5daa-4240-845d-578cc8bddeed" xsi:nil="true"/>
    <lcf76f155ced4ddcb4097134ff3c332f xmlns="a408f06c-1694-489f-9cdc-5efa500d75a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B8291D849F4459D7AB60B6E79C880" ma:contentTypeVersion="19" ma:contentTypeDescription="Opret et nyt dokument." ma:contentTypeScope="" ma:versionID="a78408356dca72f47c8d200bd66f3dc6">
  <xsd:schema xmlns:xsd="http://www.w3.org/2001/XMLSchema" xmlns:xs="http://www.w3.org/2001/XMLSchema" xmlns:p="http://schemas.microsoft.com/office/2006/metadata/properties" xmlns:ns2="a408f06c-1694-489f-9cdc-5efa500d75a8" xmlns:ns3="31f27a57-5daa-4240-845d-578cc8bddeed" targetNamespace="http://schemas.microsoft.com/office/2006/metadata/properties" ma:root="true" ma:fieldsID="2bba9adcf97bc4a475ef233a638d02b0" ns2:_="" ns3:_="">
    <xsd:import namespace="a408f06c-1694-489f-9cdc-5efa500d75a8"/>
    <xsd:import namespace="31f27a57-5daa-4240-845d-578cc8bdd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8f06c-1694-489f-9cdc-5efa500d7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27a57-5daa-4240-845d-578cc8bdd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0a232f-cc08-489f-a25e-3e21eea59c29}" ma:internalName="TaxCatchAll" ma:showField="CatchAllData" ma:web="31f27a57-5daa-4240-845d-578cc8bdd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3B24CC-8C35-47CE-BA64-17C651AF33EE}">
  <ds:schemaRefs>
    <ds:schemaRef ds:uri="http://schemas.microsoft.com/office/2006/metadata/properties"/>
    <ds:schemaRef ds:uri="http://schemas.microsoft.com/office/infopath/2007/PartnerControls"/>
    <ds:schemaRef ds:uri="31f27a57-5daa-4240-845d-578cc8bddeed"/>
    <ds:schemaRef ds:uri="a408f06c-1694-489f-9cdc-5efa500d75a8"/>
  </ds:schemaRefs>
</ds:datastoreItem>
</file>

<file path=customXml/itemProps2.xml><?xml version="1.0" encoding="utf-8"?>
<ds:datastoreItem xmlns:ds="http://schemas.openxmlformats.org/officeDocument/2006/customXml" ds:itemID="{DC76A898-60FE-450D-82B8-C0C167D75A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7F1C3-8F81-4F23-AF20-B29412D0B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8f06c-1694-489f-9cdc-5efa500d75a8"/>
    <ds:schemaRef ds:uri="31f27a57-5daa-4240-845d-578cc8bdd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Lotte Friis</cp:lastModifiedBy>
  <cp:revision>81</cp:revision>
  <dcterms:created xsi:type="dcterms:W3CDTF">2026-10-05T12:19:00Z</dcterms:created>
  <dcterms:modified xsi:type="dcterms:W3CDTF">2026-10-13T11:03:00Z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0x010100224B8291D849F4459D7AB60B6E79C880</vt:lpwstr>
  </property>
  <property fmtid="{D5CDD505-2E9C-101B-9397-08002B2CF9AE}" pid="3" name="MediaServiceImageTags">
    <vt:lpwstr/>
  </property>
</Properties>
</file>