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CA791" w14:textId="1FDF05CC" w:rsidR="00544454" w:rsidRPr="000B28BC" w:rsidRDefault="00FC1AEC">
      <w:pPr>
        <w:spacing w:after="0"/>
        <w:jc w:val="center"/>
        <w:rPr>
          <w:bCs/>
          <w:i/>
          <w:iCs/>
          <w:sz w:val="22"/>
          <w:lang w:val="da-DK"/>
        </w:rPr>
      </w:pPr>
      <w:r w:rsidRPr="000B28BC">
        <w:rPr>
          <w:noProof/>
          <w:sz w:val="20"/>
          <w:szCs w:val="20"/>
          <w:lang w:val="da-DK"/>
        </w:rPr>
        <w:drawing>
          <wp:anchor distT="0" distB="0" distL="114300" distR="114300" simplePos="0" relativeHeight="251658240" behindDoc="1" locked="0" layoutInCell="1" allowOverlap="1" wp14:anchorId="7C2FFB57" wp14:editId="79D3F556">
            <wp:simplePos x="0" y="0"/>
            <wp:positionH relativeFrom="column">
              <wp:posOffset>-2539</wp:posOffset>
            </wp:positionH>
            <wp:positionV relativeFrom="paragraph">
              <wp:posOffset>1</wp:posOffset>
            </wp:positionV>
            <wp:extent cx="1638300" cy="553874"/>
            <wp:effectExtent l="0" t="0" r="0" b="0"/>
            <wp:wrapNone/>
            <wp:docPr id="12107026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02683" name="Grafik 1210702683"/>
                    <pic:cNvPicPr/>
                  </pic:nvPicPr>
                  <pic:blipFill>
                    <a:blip r:embed="rId11">
                      <a:extLst>
                        <a:ext uri="{96DAC541-7B7A-43D3-8B79-37D633B846F1}">
                          <asvg:svgBlip xmlns:asvg="http://schemas.microsoft.com/office/drawing/2016/SVG/main" r:embed="rId12"/>
                        </a:ext>
                      </a:extLst>
                    </a:blip>
                    <a:stretch>
                      <a:fillRect/>
                    </a:stretch>
                  </pic:blipFill>
                  <pic:spPr>
                    <a:xfrm>
                      <a:off x="0" y="0"/>
                      <a:ext cx="1651602" cy="558371"/>
                    </a:xfrm>
                    <a:prstGeom prst="rect">
                      <a:avLst/>
                    </a:prstGeom>
                  </pic:spPr>
                </pic:pic>
              </a:graphicData>
            </a:graphic>
            <wp14:sizeRelH relativeFrom="margin">
              <wp14:pctWidth>0</wp14:pctWidth>
            </wp14:sizeRelH>
            <wp14:sizeRelV relativeFrom="margin">
              <wp14:pctHeight>0</wp14:pctHeight>
            </wp14:sizeRelV>
          </wp:anchor>
        </w:drawing>
      </w:r>
      <w:r w:rsidRPr="000B28BC">
        <w:rPr>
          <w:b/>
          <w:sz w:val="28"/>
          <w:lang w:val="da-DK"/>
        </w:rPr>
        <w:t xml:space="preserve">                                                                                                                       </w:t>
      </w:r>
      <w:r w:rsidRPr="000B28BC">
        <w:rPr>
          <w:bCs/>
          <w:sz w:val="22"/>
          <w:lang w:val="da-DK"/>
        </w:rPr>
        <w:t xml:space="preserve">Dato:  </w:t>
      </w:r>
      <w:sdt>
        <w:sdtPr>
          <w:rPr>
            <w:bCs/>
            <w:i/>
            <w:iCs/>
            <w:sz w:val="22"/>
            <w:lang w:val="da-DK"/>
          </w:rPr>
          <w:id w:val="-593858506"/>
          <w:placeholder>
            <w:docPart w:val="DefaultPlaceholder_-1854013440"/>
          </w:placeholder>
          <w:text/>
        </w:sdtPr>
        <w:sdtContent>
          <w:proofErr w:type="spellStart"/>
          <w:r w:rsidRPr="00291105">
            <w:rPr>
              <w:bCs/>
              <w:i/>
              <w:iCs/>
              <w:sz w:val="22"/>
              <w:lang w:val="da-DK"/>
            </w:rPr>
            <w:t>dd</w:t>
          </w:r>
          <w:proofErr w:type="spellEnd"/>
          <w:r w:rsidRPr="00291105">
            <w:rPr>
              <w:bCs/>
              <w:i/>
              <w:iCs/>
              <w:sz w:val="22"/>
              <w:lang w:val="da-DK"/>
            </w:rPr>
            <w:t>/md</w:t>
          </w:r>
          <w:r w:rsidR="001A3714" w:rsidRPr="00291105">
            <w:rPr>
              <w:bCs/>
              <w:i/>
              <w:iCs/>
              <w:sz w:val="22"/>
              <w:lang w:val="da-DK"/>
            </w:rPr>
            <w:t>/år</w:t>
          </w:r>
        </w:sdtContent>
      </w:sdt>
    </w:p>
    <w:p w14:paraId="19B3C641" w14:textId="77777777" w:rsidR="00544454" w:rsidRPr="000B28BC" w:rsidRDefault="00544454">
      <w:pPr>
        <w:spacing w:after="0"/>
        <w:jc w:val="center"/>
        <w:rPr>
          <w:b/>
          <w:sz w:val="28"/>
          <w:lang w:val="da-DK"/>
        </w:rPr>
      </w:pPr>
    </w:p>
    <w:p w14:paraId="468B619A" w14:textId="77777777" w:rsidR="00FC1AEC" w:rsidRPr="000B28BC" w:rsidRDefault="00FC1AEC">
      <w:pPr>
        <w:spacing w:after="0"/>
        <w:jc w:val="center"/>
        <w:rPr>
          <w:b/>
          <w:sz w:val="28"/>
          <w:lang w:val="da-DK"/>
        </w:rPr>
      </w:pPr>
    </w:p>
    <w:p w14:paraId="10BE9E68" w14:textId="3B04E9D5" w:rsidR="00EE3FDF" w:rsidRPr="000B28BC" w:rsidRDefault="00086CA5">
      <w:pPr>
        <w:spacing w:after="0"/>
        <w:jc w:val="center"/>
        <w:rPr>
          <w:lang w:val="da-DK"/>
        </w:rPr>
      </w:pPr>
      <w:r w:rsidRPr="000B28BC">
        <w:rPr>
          <w:b/>
          <w:sz w:val="28"/>
          <w:lang w:val="da-DK"/>
        </w:rPr>
        <w:t>SKOLEUDTALELSE</w:t>
      </w:r>
      <w:r w:rsidR="00FC1AEC" w:rsidRPr="000B28BC">
        <w:rPr>
          <w:b/>
          <w:sz w:val="28"/>
          <w:lang w:val="da-DK"/>
        </w:rPr>
        <w:t xml:space="preserve"> </w:t>
      </w:r>
    </w:p>
    <w:p w14:paraId="7BCFBE64" w14:textId="37609C77" w:rsidR="00EE3FDF" w:rsidRPr="000B28BC" w:rsidRDefault="00EE3FDF">
      <w:pPr>
        <w:spacing w:after="60"/>
        <w:jc w:val="center"/>
        <w:rPr>
          <w:sz w:val="22"/>
          <w:lang w:val="da-DK"/>
        </w:rPr>
      </w:pPr>
    </w:p>
    <w:p w14:paraId="46A5BA40" w14:textId="77777777" w:rsidR="00544454" w:rsidRPr="000B28BC" w:rsidRDefault="00544454">
      <w:pPr>
        <w:spacing w:after="0"/>
        <w:rPr>
          <w:b/>
          <w:sz w:val="20"/>
          <w:szCs w:val="20"/>
          <w:lang w:val="da-DK"/>
        </w:rPr>
      </w:pPr>
    </w:p>
    <w:p w14:paraId="6BC7EE86" w14:textId="4E7A5899" w:rsidR="00EE3FDF" w:rsidRPr="000B28BC" w:rsidRDefault="00086CA5">
      <w:pPr>
        <w:spacing w:after="0"/>
        <w:rPr>
          <w:b/>
          <w:sz w:val="22"/>
          <w:lang w:val="da-DK"/>
        </w:rPr>
      </w:pPr>
      <w:r w:rsidRPr="000B28BC">
        <w:rPr>
          <w:b/>
          <w:sz w:val="22"/>
          <w:lang w:val="da-DK"/>
        </w:rPr>
        <w:t>FORMÅL</w:t>
      </w:r>
    </w:p>
    <w:p w14:paraId="4112FB91" w14:textId="5867530E" w:rsidR="00893203" w:rsidRPr="000B28BC" w:rsidRDefault="00893203" w:rsidP="00893203">
      <w:pPr>
        <w:spacing w:after="0" w:line="240" w:lineRule="auto"/>
        <w:rPr>
          <w:rFonts w:eastAsia="Times New Roman" w:cs="Times New Roman"/>
          <w:sz w:val="22"/>
          <w:lang w:val="da-DK" w:eastAsia="da-DK"/>
        </w:rPr>
      </w:pPr>
      <w:r w:rsidRPr="000B28BC">
        <w:rPr>
          <w:rFonts w:eastAsia="Times New Roman" w:cs="Times New Roman"/>
          <w:sz w:val="22"/>
          <w:lang w:val="da-DK" w:eastAsia="da-DK"/>
        </w:rPr>
        <w:t xml:space="preserve">Skoleudtalelsen skal give et helhedsorienteret og retvisende billede af elevens faglige og sociale kompetencer – herunder elevens forudsætninger for at indgå i et nyt skolemiljø. Ved optagelse på ESAA starter eleven i en ny klasse, hvor alle elever er nye for hinanden og på skolen. Udtalelsen skal give den nye skole et nuanceret og realistisk kendskab til </w:t>
      </w:r>
      <w:r w:rsidR="00CF7280" w:rsidRPr="000B28BC">
        <w:rPr>
          <w:rFonts w:eastAsia="Times New Roman" w:cs="Times New Roman"/>
          <w:sz w:val="22"/>
          <w:lang w:val="da-DK" w:eastAsia="da-DK"/>
        </w:rPr>
        <w:t>eleve</w:t>
      </w:r>
      <w:r w:rsidR="00F2741A" w:rsidRPr="000B28BC">
        <w:rPr>
          <w:rFonts w:eastAsia="Times New Roman" w:cs="Times New Roman"/>
          <w:sz w:val="22"/>
          <w:lang w:val="da-DK" w:eastAsia="da-DK"/>
        </w:rPr>
        <w:t>n</w:t>
      </w:r>
      <w:r w:rsidR="00455B30" w:rsidRPr="000B28BC">
        <w:rPr>
          <w:rFonts w:eastAsia="Times New Roman" w:cs="Times New Roman"/>
          <w:sz w:val="22"/>
          <w:lang w:val="da-DK" w:eastAsia="da-DK"/>
        </w:rPr>
        <w:t>,</w:t>
      </w:r>
      <w:r w:rsidR="00F2741A" w:rsidRPr="000B28BC">
        <w:rPr>
          <w:rFonts w:eastAsia="Times New Roman" w:cs="Times New Roman"/>
          <w:sz w:val="22"/>
          <w:lang w:val="da-DK" w:eastAsia="da-DK"/>
        </w:rPr>
        <w:t xml:space="preserve"> så</w:t>
      </w:r>
      <w:r w:rsidR="00455B30" w:rsidRPr="000B28BC">
        <w:rPr>
          <w:rFonts w:eastAsia="Times New Roman" w:cs="Times New Roman"/>
          <w:sz w:val="22"/>
          <w:lang w:val="da-DK" w:eastAsia="da-DK"/>
        </w:rPr>
        <w:t xml:space="preserve"> </w:t>
      </w:r>
      <w:r w:rsidR="00F2741A" w:rsidRPr="000B28BC">
        <w:rPr>
          <w:rFonts w:eastAsia="Times New Roman" w:cs="Times New Roman"/>
          <w:sz w:val="22"/>
          <w:lang w:val="da-DK" w:eastAsia="da-DK"/>
        </w:rPr>
        <w:t>eleven</w:t>
      </w:r>
      <w:r w:rsidRPr="000B28BC">
        <w:rPr>
          <w:rFonts w:eastAsia="Times New Roman" w:cs="Times New Roman"/>
          <w:sz w:val="22"/>
          <w:lang w:val="da-DK" w:eastAsia="da-DK"/>
        </w:rPr>
        <w:t xml:space="preserve"> kan landes bedst muligt i et miljø</w:t>
      </w:r>
      <w:r w:rsidR="00F91AD1" w:rsidRPr="000B28BC">
        <w:rPr>
          <w:rFonts w:eastAsia="Times New Roman" w:cs="Times New Roman"/>
          <w:sz w:val="22"/>
          <w:lang w:val="da-DK" w:eastAsia="da-DK"/>
        </w:rPr>
        <w:t>,</w:t>
      </w:r>
      <w:r w:rsidRPr="000B28BC">
        <w:rPr>
          <w:rFonts w:eastAsia="Times New Roman" w:cs="Times New Roman"/>
          <w:sz w:val="22"/>
          <w:lang w:val="da-DK" w:eastAsia="da-DK"/>
        </w:rPr>
        <w:t xml:space="preserve"> hvor </w:t>
      </w:r>
      <w:r w:rsidR="007C79C8" w:rsidRPr="000B28BC">
        <w:rPr>
          <w:rFonts w:eastAsia="Times New Roman" w:cs="Times New Roman"/>
          <w:sz w:val="22"/>
          <w:lang w:val="da-DK" w:eastAsia="da-DK"/>
        </w:rPr>
        <w:t xml:space="preserve">alle </w:t>
      </w:r>
      <w:r w:rsidR="00494D61" w:rsidRPr="000B28BC">
        <w:rPr>
          <w:rFonts w:eastAsia="Times New Roman" w:cs="Times New Roman"/>
          <w:sz w:val="22"/>
          <w:lang w:val="da-DK" w:eastAsia="da-DK"/>
        </w:rPr>
        <w:t xml:space="preserve">bidrager </w:t>
      </w:r>
      <w:r w:rsidR="007B3771" w:rsidRPr="000B28BC">
        <w:rPr>
          <w:rFonts w:eastAsia="Times New Roman" w:cs="Times New Roman"/>
          <w:sz w:val="22"/>
          <w:lang w:val="da-DK" w:eastAsia="da-DK"/>
        </w:rPr>
        <w:t xml:space="preserve">til </w:t>
      </w:r>
      <w:r w:rsidRPr="000B28BC">
        <w:rPr>
          <w:rFonts w:eastAsia="Times New Roman" w:cs="Times New Roman"/>
          <w:sz w:val="22"/>
          <w:lang w:val="da-DK" w:eastAsia="da-DK"/>
        </w:rPr>
        <w:t>gode rammer for fællesskab, læring og trivsel</w:t>
      </w:r>
      <w:r w:rsidR="00016145">
        <w:rPr>
          <w:rFonts w:eastAsia="Times New Roman" w:cs="Times New Roman"/>
          <w:sz w:val="22"/>
          <w:lang w:val="da-DK" w:eastAsia="da-DK"/>
        </w:rPr>
        <w:t>.</w:t>
      </w:r>
    </w:p>
    <w:p w14:paraId="20809A87" w14:textId="4A1A7263" w:rsidR="00544454" w:rsidRPr="000B28BC" w:rsidRDefault="00086CA5">
      <w:pPr>
        <w:rPr>
          <w:sz w:val="22"/>
          <w:lang w:val="da-DK"/>
        </w:rPr>
      </w:pPr>
      <w:r w:rsidRPr="000B28BC">
        <w:rPr>
          <w:sz w:val="22"/>
          <w:lang w:val="da-DK"/>
        </w:rPr>
        <w:t>Det er vigtigt med en ærlig og konkret beskrivelse af både ressourcer og eventuelle udfordringer - herunder omfang og betydning for elevens skolehverdag.</w:t>
      </w:r>
    </w:p>
    <w:p w14:paraId="2660F88D" w14:textId="77777777" w:rsidR="00F00A86" w:rsidRPr="000B28BC" w:rsidRDefault="00F00A86">
      <w:pPr>
        <w:rPr>
          <w:sz w:val="22"/>
          <w:lang w:val="da-DK"/>
        </w:rPr>
      </w:pPr>
    </w:p>
    <w:p w14:paraId="27C480ED" w14:textId="77777777" w:rsidR="00EE3FDF" w:rsidRPr="000B28BC" w:rsidRDefault="00086CA5">
      <w:pPr>
        <w:rPr>
          <w:b/>
          <w:bCs/>
          <w:iCs/>
          <w:sz w:val="22"/>
          <w:lang w:val="da-DK"/>
        </w:rPr>
      </w:pPr>
      <w:r w:rsidRPr="000B28BC">
        <w:rPr>
          <w:b/>
          <w:bCs/>
          <w:iCs/>
          <w:sz w:val="22"/>
          <w:lang w:val="da-DK"/>
        </w:rPr>
        <w:t>Udfyldes af elevens nuværende kontaktlærer.</w:t>
      </w:r>
    </w:p>
    <w:p w14:paraId="368EB7C0" w14:textId="77777777" w:rsidR="00544454" w:rsidRPr="000B28BC" w:rsidRDefault="00544454">
      <w:pPr>
        <w:rPr>
          <w:b/>
          <w:bCs/>
          <w:iCs/>
          <w:color w:val="1F497D" w:themeColor="text2"/>
          <w:sz w:val="22"/>
          <w:lang w:val="da-DK"/>
        </w:rPr>
      </w:pPr>
    </w:p>
    <w:p w14:paraId="3892C210" w14:textId="4403CC23" w:rsidR="00EE3FDF" w:rsidRPr="000B28BC" w:rsidRDefault="00086CA5">
      <w:pPr>
        <w:spacing w:before="50"/>
        <w:rPr>
          <w:color w:val="1F497D" w:themeColor="text2"/>
          <w:sz w:val="22"/>
          <w:lang w:val="da-DK"/>
        </w:rPr>
      </w:pPr>
      <w:r w:rsidRPr="000B28BC">
        <w:rPr>
          <w:b/>
          <w:color w:val="1F497D" w:themeColor="text2"/>
          <w:sz w:val="22"/>
          <w:lang w:val="da-DK"/>
        </w:rPr>
        <w:t>1. Oplysninger om ele</w:t>
      </w:r>
      <w:r w:rsidR="00544454" w:rsidRPr="000B28BC">
        <w:rPr>
          <w:b/>
          <w:color w:val="1F497D" w:themeColor="text2"/>
          <w:sz w:val="22"/>
          <w:lang w:val="da-DK"/>
        </w:rPr>
        <w:t>v og kontaktlærer</w:t>
      </w:r>
    </w:p>
    <w:tbl>
      <w:tblPr>
        <w:tblW w:w="0" w:type="auto"/>
        <w:jc w:val="center"/>
        <w:tblLook w:val="04A0" w:firstRow="1" w:lastRow="0" w:firstColumn="1" w:lastColumn="0" w:noHBand="0" w:noVBand="1"/>
      </w:tblPr>
      <w:tblGrid>
        <w:gridCol w:w="5496"/>
        <w:gridCol w:w="5496"/>
      </w:tblGrid>
      <w:tr w:rsidR="00EE3FDF" w:rsidRPr="00016145" w14:paraId="105A85F0" w14:textId="77777777" w:rsidTr="00C0368A">
        <w:trPr>
          <w:jc w:val="center"/>
        </w:trPr>
        <w:tc>
          <w:tcPr>
            <w:tcW w:w="5496" w:type="dxa"/>
            <w:shd w:val="clear" w:color="auto" w:fill="DBE5F1" w:themeFill="accent1" w:themeFillTint="33"/>
            <w:vAlign w:val="center"/>
          </w:tcPr>
          <w:p w14:paraId="77E72682" w14:textId="77777777" w:rsidR="00EE3FDF" w:rsidRPr="000B28BC" w:rsidRDefault="00086CA5">
            <w:pPr>
              <w:spacing w:after="0"/>
              <w:rPr>
                <w:b/>
                <w:color w:val="1F497D" w:themeColor="text2"/>
                <w:sz w:val="10"/>
                <w:szCs w:val="10"/>
                <w:lang w:val="da-DK"/>
              </w:rPr>
            </w:pPr>
            <w:r w:rsidRPr="000B28BC">
              <w:rPr>
                <w:b/>
                <w:color w:val="1F497D" w:themeColor="text2"/>
                <w:sz w:val="22"/>
                <w:lang w:val="da-DK"/>
              </w:rPr>
              <w:t>Elev</w:t>
            </w:r>
            <w:r w:rsidR="00544454" w:rsidRPr="000B28BC">
              <w:rPr>
                <w:b/>
                <w:color w:val="1F497D" w:themeColor="text2"/>
                <w:sz w:val="22"/>
                <w:lang w:val="da-DK"/>
              </w:rPr>
              <w:t xml:space="preserve"> (navn)</w:t>
            </w:r>
          </w:p>
          <w:p w14:paraId="0A612F0F" w14:textId="77777777" w:rsidR="006C5472" w:rsidRPr="00B01AA3" w:rsidRDefault="006C5472">
            <w:pPr>
              <w:spacing w:after="0"/>
              <w:rPr>
                <w:b/>
                <w:sz w:val="10"/>
                <w:szCs w:val="10"/>
                <w:lang w:val="da-DK"/>
              </w:rPr>
            </w:pPr>
          </w:p>
          <w:sdt>
            <w:sdtPr>
              <w:rPr>
                <w:b/>
                <w:sz w:val="28"/>
                <w:szCs w:val="28"/>
                <w:lang w:val="da-DK"/>
              </w:rPr>
              <w:id w:val="-699018233"/>
              <w:placeholder>
                <w:docPart w:val="DefaultPlaceholder_-1854013440"/>
              </w:placeholder>
              <w:showingPlcHdr/>
              <w:text/>
            </w:sdtPr>
            <w:sdtContent>
              <w:p w14:paraId="2AF0969B" w14:textId="5E48113A" w:rsidR="004435C5" w:rsidRPr="00B01AA3" w:rsidRDefault="00AB4CC3">
                <w:pPr>
                  <w:pBdr>
                    <w:bottom w:val="single" w:sz="6" w:space="1" w:color="auto"/>
                  </w:pBdr>
                  <w:spacing w:after="0"/>
                  <w:rPr>
                    <w:b/>
                    <w:sz w:val="28"/>
                    <w:szCs w:val="28"/>
                    <w:lang w:val="da-DK"/>
                  </w:rPr>
                </w:pPr>
                <w:r w:rsidRPr="00AB4CC3">
                  <w:rPr>
                    <w:rStyle w:val="Pladsholdertekst"/>
                    <w:lang w:val="da-DK"/>
                  </w:rPr>
                  <w:t>Klik eller tryk her for at skrive tekst.</w:t>
                </w:r>
              </w:p>
            </w:sdtContent>
          </w:sdt>
          <w:p w14:paraId="712BC1F7" w14:textId="0E42485B" w:rsidR="004435C5" w:rsidRPr="000B28BC" w:rsidRDefault="004435C5">
            <w:pPr>
              <w:spacing w:after="0"/>
              <w:rPr>
                <w:b/>
                <w:color w:val="1F497D" w:themeColor="text2"/>
                <w:sz w:val="8"/>
                <w:szCs w:val="8"/>
                <w:lang w:val="da-DK"/>
              </w:rPr>
            </w:pPr>
          </w:p>
        </w:tc>
        <w:tc>
          <w:tcPr>
            <w:tcW w:w="5496" w:type="dxa"/>
            <w:shd w:val="clear" w:color="auto" w:fill="DBE5F1" w:themeFill="accent1" w:themeFillTint="33"/>
            <w:vAlign w:val="center"/>
          </w:tcPr>
          <w:p w14:paraId="7C78D383" w14:textId="77777777" w:rsidR="00EE3FDF" w:rsidRPr="000B28BC" w:rsidRDefault="00544454">
            <w:pPr>
              <w:spacing w:after="0"/>
              <w:rPr>
                <w:b/>
                <w:color w:val="1F497D" w:themeColor="text2"/>
                <w:sz w:val="10"/>
                <w:szCs w:val="10"/>
                <w:lang w:val="da-DK"/>
              </w:rPr>
            </w:pPr>
            <w:r w:rsidRPr="000B28BC">
              <w:rPr>
                <w:b/>
                <w:color w:val="1F497D" w:themeColor="text2"/>
                <w:sz w:val="22"/>
                <w:lang w:val="da-DK"/>
              </w:rPr>
              <w:t>Kontaktlærer (navn)</w:t>
            </w:r>
          </w:p>
          <w:p w14:paraId="62B4C391" w14:textId="77777777" w:rsidR="006C5472" w:rsidRPr="000B28BC" w:rsidRDefault="006C5472">
            <w:pPr>
              <w:spacing w:after="0"/>
              <w:rPr>
                <w:b/>
                <w:color w:val="1F497D" w:themeColor="text2"/>
                <w:sz w:val="10"/>
                <w:szCs w:val="10"/>
                <w:lang w:val="da-DK"/>
              </w:rPr>
            </w:pPr>
          </w:p>
          <w:sdt>
            <w:sdtPr>
              <w:rPr>
                <w:b/>
                <w:color w:val="1F497D" w:themeColor="text2"/>
                <w:sz w:val="28"/>
                <w:szCs w:val="28"/>
                <w:lang w:val="da-DK"/>
              </w:rPr>
              <w:id w:val="1282070730"/>
              <w:placeholder>
                <w:docPart w:val="DefaultPlaceholder_-1854013440"/>
              </w:placeholder>
              <w:showingPlcHdr/>
              <w:text/>
            </w:sdtPr>
            <w:sdtContent>
              <w:p w14:paraId="5C34E0B9" w14:textId="11175A66" w:rsidR="004435C5" w:rsidRPr="000B28BC" w:rsidRDefault="006C5472">
                <w:pPr>
                  <w:pBdr>
                    <w:bottom w:val="single" w:sz="6" w:space="1" w:color="auto"/>
                  </w:pBdr>
                  <w:spacing w:after="0"/>
                  <w:rPr>
                    <w:b/>
                    <w:color w:val="1F497D" w:themeColor="text2"/>
                    <w:sz w:val="28"/>
                    <w:szCs w:val="28"/>
                    <w:lang w:val="da-DK"/>
                  </w:rPr>
                </w:pPr>
                <w:r w:rsidRPr="00B01AA3">
                  <w:rPr>
                    <w:rStyle w:val="Pladsholdertekst"/>
                    <w:color w:val="auto"/>
                    <w:lang w:val="da-DK"/>
                  </w:rPr>
                  <w:t>Klik eller tryk her for at skrive tekst.</w:t>
                </w:r>
              </w:p>
            </w:sdtContent>
          </w:sdt>
          <w:p w14:paraId="36BD1EFC" w14:textId="39AED0C8" w:rsidR="004435C5" w:rsidRPr="000B28BC" w:rsidRDefault="004435C5">
            <w:pPr>
              <w:spacing w:after="0"/>
              <w:rPr>
                <w:b/>
                <w:color w:val="1F497D" w:themeColor="text2"/>
                <w:sz w:val="8"/>
                <w:szCs w:val="8"/>
                <w:lang w:val="da-DK"/>
              </w:rPr>
            </w:pPr>
          </w:p>
        </w:tc>
      </w:tr>
      <w:tr w:rsidR="00EE3FDF" w:rsidRPr="00016145" w14:paraId="3D52CB81" w14:textId="77777777" w:rsidTr="00C0368A">
        <w:trPr>
          <w:jc w:val="center"/>
        </w:trPr>
        <w:tc>
          <w:tcPr>
            <w:tcW w:w="5496" w:type="dxa"/>
            <w:shd w:val="clear" w:color="auto" w:fill="DBE5F1" w:themeFill="accent1" w:themeFillTint="33"/>
            <w:vAlign w:val="center"/>
          </w:tcPr>
          <w:p w14:paraId="009190AF" w14:textId="77777777" w:rsidR="00EE3FDF" w:rsidRPr="000B28BC" w:rsidRDefault="00544454">
            <w:pPr>
              <w:spacing w:after="0"/>
              <w:rPr>
                <w:b/>
                <w:color w:val="1F497D" w:themeColor="text2"/>
                <w:sz w:val="10"/>
                <w:szCs w:val="10"/>
                <w:lang w:val="da-DK"/>
              </w:rPr>
            </w:pPr>
            <w:r w:rsidRPr="000B28BC">
              <w:rPr>
                <w:b/>
                <w:color w:val="1F497D" w:themeColor="text2"/>
                <w:sz w:val="22"/>
                <w:lang w:val="da-DK"/>
              </w:rPr>
              <w:t>Nuværende k</w:t>
            </w:r>
            <w:r w:rsidR="00086CA5" w:rsidRPr="000B28BC">
              <w:rPr>
                <w:b/>
                <w:color w:val="1F497D" w:themeColor="text2"/>
                <w:sz w:val="22"/>
                <w:lang w:val="da-DK"/>
              </w:rPr>
              <w:t>lassetrin</w:t>
            </w:r>
          </w:p>
          <w:p w14:paraId="1EC4A42F" w14:textId="77777777" w:rsidR="006C5472" w:rsidRPr="000B28BC" w:rsidRDefault="006C5472">
            <w:pPr>
              <w:spacing w:after="0"/>
              <w:rPr>
                <w:b/>
                <w:color w:val="1F497D" w:themeColor="text2"/>
                <w:sz w:val="10"/>
                <w:szCs w:val="10"/>
                <w:lang w:val="da-DK"/>
              </w:rPr>
            </w:pPr>
          </w:p>
          <w:sdt>
            <w:sdtPr>
              <w:rPr>
                <w:color w:val="1F497D" w:themeColor="text2"/>
                <w:sz w:val="22"/>
                <w:lang w:val="da-DK"/>
              </w:rPr>
              <w:id w:val="1829160994"/>
              <w:placeholder>
                <w:docPart w:val="DefaultPlaceholder_-1854013440"/>
              </w:placeholder>
              <w:showingPlcHdr/>
              <w:text/>
            </w:sdtPr>
            <w:sdtContent>
              <w:p w14:paraId="789A1BAA" w14:textId="10D78753" w:rsidR="004435C5" w:rsidRPr="000B28BC" w:rsidRDefault="006C5472">
                <w:pPr>
                  <w:pBdr>
                    <w:bottom w:val="single" w:sz="6" w:space="1" w:color="auto"/>
                  </w:pBdr>
                  <w:spacing w:after="0"/>
                  <w:rPr>
                    <w:color w:val="1F497D" w:themeColor="text2"/>
                    <w:sz w:val="22"/>
                    <w:lang w:val="da-DK"/>
                  </w:rPr>
                </w:pPr>
                <w:r w:rsidRPr="00B01AA3">
                  <w:rPr>
                    <w:rStyle w:val="Pladsholdertekst"/>
                    <w:color w:val="auto"/>
                    <w:lang w:val="da-DK"/>
                  </w:rPr>
                  <w:t>Klik eller tryk her for at skrive tekst.</w:t>
                </w:r>
              </w:p>
            </w:sdtContent>
          </w:sdt>
          <w:p w14:paraId="7BD0FA3C" w14:textId="25BD2C9E" w:rsidR="004435C5" w:rsidRPr="000B28BC" w:rsidRDefault="004435C5">
            <w:pPr>
              <w:spacing w:after="0"/>
              <w:rPr>
                <w:color w:val="1F497D" w:themeColor="text2"/>
                <w:sz w:val="8"/>
                <w:szCs w:val="8"/>
                <w:lang w:val="da-DK"/>
              </w:rPr>
            </w:pPr>
          </w:p>
        </w:tc>
        <w:tc>
          <w:tcPr>
            <w:tcW w:w="5496" w:type="dxa"/>
            <w:shd w:val="clear" w:color="auto" w:fill="DBE5F1" w:themeFill="accent1" w:themeFillTint="33"/>
            <w:vAlign w:val="center"/>
          </w:tcPr>
          <w:p w14:paraId="0BCEA23B" w14:textId="77777777" w:rsidR="00EE3FDF" w:rsidRPr="000B28BC" w:rsidRDefault="00544454">
            <w:pPr>
              <w:spacing w:after="0"/>
              <w:rPr>
                <w:b/>
                <w:color w:val="1F497D" w:themeColor="text2"/>
                <w:sz w:val="10"/>
                <w:szCs w:val="10"/>
                <w:lang w:val="da-DK"/>
              </w:rPr>
            </w:pPr>
            <w:r w:rsidRPr="000B28BC">
              <w:rPr>
                <w:b/>
                <w:color w:val="1F497D" w:themeColor="text2"/>
                <w:sz w:val="22"/>
                <w:lang w:val="da-DK"/>
              </w:rPr>
              <w:t>Email</w:t>
            </w:r>
          </w:p>
          <w:p w14:paraId="15CEC54A" w14:textId="77777777" w:rsidR="006C5472" w:rsidRPr="00B01AA3" w:rsidRDefault="006C5472">
            <w:pPr>
              <w:spacing w:after="0"/>
              <w:rPr>
                <w:b/>
                <w:sz w:val="10"/>
                <w:szCs w:val="10"/>
                <w:lang w:val="da-DK"/>
              </w:rPr>
            </w:pPr>
          </w:p>
          <w:sdt>
            <w:sdtPr>
              <w:rPr>
                <w:sz w:val="22"/>
                <w:lang w:val="da-DK"/>
              </w:rPr>
              <w:id w:val="1807660911"/>
              <w:placeholder>
                <w:docPart w:val="DefaultPlaceholder_-1854013440"/>
              </w:placeholder>
              <w:showingPlcHdr/>
              <w:text/>
            </w:sdtPr>
            <w:sdtEndPr>
              <w:rPr>
                <w:color w:val="1F497D" w:themeColor="text2"/>
              </w:rPr>
            </w:sdtEndPr>
            <w:sdtContent>
              <w:p w14:paraId="4F55F744" w14:textId="47B5302D" w:rsidR="004435C5" w:rsidRPr="000B28BC" w:rsidRDefault="006C5472">
                <w:pPr>
                  <w:pBdr>
                    <w:bottom w:val="single" w:sz="6" w:space="1" w:color="auto"/>
                  </w:pBdr>
                  <w:spacing w:after="0"/>
                  <w:rPr>
                    <w:color w:val="1F497D" w:themeColor="text2"/>
                    <w:sz w:val="22"/>
                    <w:lang w:val="da-DK"/>
                  </w:rPr>
                </w:pPr>
                <w:r w:rsidRPr="00B01AA3">
                  <w:rPr>
                    <w:rStyle w:val="Pladsholdertekst"/>
                    <w:color w:val="auto"/>
                    <w:lang w:val="da-DK"/>
                  </w:rPr>
                  <w:t>Klik eller tryk her for at skrive tekst.</w:t>
                </w:r>
              </w:p>
            </w:sdtContent>
          </w:sdt>
          <w:p w14:paraId="1B1CDCE4" w14:textId="2C053EBB" w:rsidR="004435C5" w:rsidRPr="000B28BC" w:rsidRDefault="004435C5">
            <w:pPr>
              <w:spacing w:after="0"/>
              <w:rPr>
                <w:color w:val="1F497D" w:themeColor="text2"/>
                <w:sz w:val="8"/>
                <w:szCs w:val="8"/>
                <w:lang w:val="da-DK"/>
              </w:rPr>
            </w:pPr>
          </w:p>
        </w:tc>
      </w:tr>
      <w:tr w:rsidR="00EE3FDF" w:rsidRPr="00016145" w14:paraId="51E7225E" w14:textId="77777777" w:rsidTr="00C0368A">
        <w:trPr>
          <w:jc w:val="center"/>
        </w:trPr>
        <w:tc>
          <w:tcPr>
            <w:tcW w:w="5496" w:type="dxa"/>
            <w:shd w:val="clear" w:color="auto" w:fill="DBE5F1" w:themeFill="accent1" w:themeFillTint="33"/>
            <w:vAlign w:val="center"/>
          </w:tcPr>
          <w:p w14:paraId="33CAF72B" w14:textId="77777777" w:rsidR="00422A65" w:rsidRPr="000B28BC" w:rsidRDefault="00544454">
            <w:pPr>
              <w:spacing w:after="0"/>
              <w:rPr>
                <w:b/>
                <w:color w:val="1F497D" w:themeColor="text2"/>
                <w:sz w:val="10"/>
                <w:szCs w:val="10"/>
                <w:lang w:val="da-DK"/>
              </w:rPr>
            </w:pPr>
            <w:r w:rsidRPr="000B28BC">
              <w:rPr>
                <w:b/>
                <w:color w:val="1F497D" w:themeColor="text2"/>
                <w:sz w:val="22"/>
                <w:lang w:val="da-DK"/>
              </w:rPr>
              <w:t>Nuværende skole</w:t>
            </w:r>
          </w:p>
          <w:p w14:paraId="0039CFF4" w14:textId="77777777" w:rsidR="006C5472" w:rsidRPr="000B28BC" w:rsidRDefault="006C5472">
            <w:pPr>
              <w:spacing w:after="0"/>
              <w:rPr>
                <w:b/>
                <w:color w:val="1F497D" w:themeColor="text2"/>
                <w:sz w:val="10"/>
                <w:szCs w:val="10"/>
                <w:lang w:val="da-DK"/>
              </w:rPr>
            </w:pPr>
          </w:p>
          <w:sdt>
            <w:sdtPr>
              <w:rPr>
                <w:color w:val="1F497D" w:themeColor="text2"/>
                <w:sz w:val="22"/>
                <w:lang w:val="da-DK"/>
              </w:rPr>
              <w:id w:val="2089023990"/>
              <w:placeholder>
                <w:docPart w:val="DefaultPlaceholder_-1854013440"/>
              </w:placeholder>
              <w:showingPlcHdr/>
              <w:text/>
            </w:sdtPr>
            <w:sdtContent>
              <w:p w14:paraId="67649A4F" w14:textId="5E07C0AF" w:rsidR="00422A65" w:rsidRPr="000B28BC" w:rsidRDefault="006C5472">
                <w:pPr>
                  <w:pBdr>
                    <w:bottom w:val="single" w:sz="6" w:space="1" w:color="auto"/>
                  </w:pBdr>
                  <w:spacing w:after="0"/>
                  <w:rPr>
                    <w:color w:val="1F497D" w:themeColor="text2"/>
                    <w:sz w:val="22"/>
                    <w:lang w:val="da-DK"/>
                  </w:rPr>
                </w:pPr>
                <w:r w:rsidRPr="00B01AA3">
                  <w:rPr>
                    <w:rStyle w:val="Pladsholdertekst"/>
                    <w:color w:val="auto"/>
                    <w:lang w:val="da-DK"/>
                  </w:rPr>
                  <w:t>Klik eller tryk her for at skrive tekst.</w:t>
                </w:r>
              </w:p>
            </w:sdtContent>
          </w:sdt>
          <w:p w14:paraId="2C55E1F1" w14:textId="3FE59AD9" w:rsidR="00EE3FDF" w:rsidRPr="000B28BC" w:rsidRDefault="00EE3FDF">
            <w:pPr>
              <w:spacing w:after="0"/>
              <w:rPr>
                <w:color w:val="1F497D" w:themeColor="text2"/>
                <w:sz w:val="10"/>
                <w:szCs w:val="10"/>
                <w:lang w:val="da-DK"/>
              </w:rPr>
            </w:pPr>
          </w:p>
        </w:tc>
        <w:tc>
          <w:tcPr>
            <w:tcW w:w="5496" w:type="dxa"/>
            <w:shd w:val="clear" w:color="auto" w:fill="DBE5F1" w:themeFill="accent1" w:themeFillTint="33"/>
            <w:vAlign w:val="center"/>
          </w:tcPr>
          <w:p w14:paraId="2CCB9178" w14:textId="77777777" w:rsidR="00422A65" w:rsidRPr="000B28BC" w:rsidRDefault="00086CA5">
            <w:pPr>
              <w:spacing w:after="0"/>
              <w:rPr>
                <w:b/>
                <w:color w:val="1F497D" w:themeColor="text2"/>
                <w:sz w:val="10"/>
                <w:szCs w:val="10"/>
                <w:lang w:val="da-DK"/>
              </w:rPr>
            </w:pPr>
            <w:r w:rsidRPr="000B28BC">
              <w:rPr>
                <w:b/>
                <w:color w:val="1F497D" w:themeColor="text2"/>
                <w:sz w:val="22"/>
                <w:lang w:val="da-DK"/>
              </w:rPr>
              <w:t>Telefon</w:t>
            </w:r>
          </w:p>
          <w:p w14:paraId="3B59B78B" w14:textId="77777777" w:rsidR="006C5472" w:rsidRPr="000B28BC" w:rsidRDefault="006C5472">
            <w:pPr>
              <w:spacing w:after="0"/>
              <w:rPr>
                <w:b/>
                <w:color w:val="1F497D" w:themeColor="text2"/>
                <w:sz w:val="10"/>
                <w:szCs w:val="10"/>
                <w:lang w:val="da-DK"/>
              </w:rPr>
            </w:pPr>
          </w:p>
          <w:sdt>
            <w:sdtPr>
              <w:rPr>
                <w:b/>
                <w:color w:val="1F497D" w:themeColor="text2"/>
                <w:sz w:val="22"/>
                <w:lang w:val="da-DK"/>
              </w:rPr>
              <w:id w:val="-1988925441"/>
              <w:placeholder>
                <w:docPart w:val="DefaultPlaceholder_-1854013440"/>
              </w:placeholder>
              <w:showingPlcHdr/>
              <w:text/>
            </w:sdtPr>
            <w:sdtContent>
              <w:p w14:paraId="2B892840" w14:textId="050BE5CB" w:rsidR="00422A65" w:rsidRPr="000B28BC" w:rsidRDefault="006C5472">
                <w:pPr>
                  <w:pBdr>
                    <w:bottom w:val="single" w:sz="6" w:space="1" w:color="auto"/>
                  </w:pBdr>
                  <w:spacing w:after="0"/>
                  <w:rPr>
                    <w:b/>
                    <w:color w:val="1F497D" w:themeColor="text2"/>
                    <w:sz w:val="22"/>
                    <w:lang w:val="da-DK"/>
                  </w:rPr>
                </w:pPr>
                <w:r w:rsidRPr="00B01AA3">
                  <w:rPr>
                    <w:rStyle w:val="Pladsholdertekst"/>
                    <w:color w:val="auto"/>
                    <w:lang w:val="da-DK"/>
                  </w:rPr>
                  <w:t>Klik eller tryk her for at skrive tekst.</w:t>
                </w:r>
              </w:p>
            </w:sdtContent>
          </w:sdt>
          <w:p w14:paraId="75C9985D" w14:textId="0330DFD5" w:rsidR="00EE3FDF" w:rsidRPr="000B28BC" w:rsidRDefault="00EE3FDF">
            <w:pPr>
              <w:spacing w:after="0"/>
              <w:rPr>
                <w:b/>
                <w:color w:val="1F497D" w:themeColor="text2"/>
                <w:sz w:val="10"/>
                <w:szCs w:val="10"/>
                <w:lang w:val="da-DK"/>
              </w:rPr>
            </w:pPr>
          </w:p>
        </w:tc>
      </w:tr>
    </w:tbl>
    <w:p w14:paraId="4423A693" w14:textId="0239421E" w:rsidR="00EE3FDF" w:rsidRPr="000B28BC" w:rsidRDefault="00EE3FDF">
      <w:pPr>
        <w:spacing w:before="50"/>
        <w:rPr>
          <w:color w:val="1F497D" w:themeColor="text2"/>
          <w:sz w:val="22"/>
          <w:lang w:val="da-DK"/>
        </w:rPr>
      </w:pPr>
    </w:p>
    <w:tbl>
      <w:tblPr>
        <w:tblW w:w="0" w:type="auto"/>
        <w:jc w:val="center"/>
        <w:tblLook w:val="04A0" w:firstRow="1" w:lastRow="0" w:firstColumn="1" w:lastColumn="0" w:noHBand="0" w:noVBand="1"/>
      </w:tblPr>
      <w:tblGrid>
        <w:gridCol w:w="10992"/>
      </w:tblGrid>
      <w:tr w:rsidR="00EE3FDF" w:rsidRPr="000B28BC" w14:paraId="4F40345E" w14:textId="77777777" w:rsidTr="00C0368A">
        <w:trPr>
          <w:jc w:val="center"/>
        </w:trPr>
        <w:tc>
          <w:tcPr>
            <w:tcW w:w="10992" w:type="dxa"/>
            <w:shd w:val="clear" w:color="auto" w:fill="DBE5F1" w:themeFill="accent1" w:themeFillTint="33"/>
            <w:vAlign w:val="center"/>
          </w:tcPr>
          <w:p w14:paraId="26BA2C3F" w14:textId="58072872" w:rsidR="00EE3FDF" w:rsidRPr="000B28BC" w:rsidRDefault="00F00A86">
            <w:pPr>
              <w:spacing w:after="0"/>
              <w:rPr>
                <w:color w:val="1F497D" w:themeColor="text2"/>
                <w:sz w:val="22"/>
                <w:lang w:val="da-DK"/>
              </w:rPr>
            </w:pPr>
            <w:r w:rsidRPr="000B28BC">
              <w:rPr>
                <w:b/>
                <w:color w:val="1F497D" w:themeColor="text2"/>
                <w:sz w:val="22"/>
                <w:lang w:val="da-DK"/>
              </w:rPr>
              <w:t>2. Undervisningsparathed</w:t>
            </w:r>
          </w:p>
        </w:tc>
      </w:tr>
      <w:tr w:rsidR="00EE3FDF" w:rsidRPr="00016145" w14:paraId="60E60FB3" w14:textId="77777777">
        <w:trPr>
          <w:jc w:val="center"/>
        </w:trPr>
        <w:tc>
          <w:tcPr>
            <w:tcW w:w="10992" w:type="dxa"/>
            <w:vAlign w:val="center"/>
          </w:tcPr>
          <w:p w14:paraId="74694A39" w14:textId="77777777" w:rsidR="00BD360E" w:rsidRPr="000B28BC" w:rsidRDefault="00086CA5" w:rsidP="003B614F">
            <w:pPr>
              <w:spacing w:after="0"/>
              <w:rPr>
                <w:color w:val="1F497D" w:themeColor="text2"/>
                <w:sz w:val="22"/>
                <w:lang w:val="da-DK"/>
              </w:rPr>
            </w:pPr>
            <w:r w:rsidRPr="000B28BC">
              <w:rPr>
                <w:color w:val="1F497D" w:themeColor="text2"/>
                <w:sz w:val="22"/>
                <w:lang w:val="da-DK"/>
              </w:rPr>
              <w:t>Beskriv motivation for skolegang, deltagelse og engagement i undervisningen.</w:t>
            </w:r>
          </w:p>
          <w:p w14:paraId="3F124B0A" w14:textId="77777777" w:rsidR="00BD360E" w:rsidRPr="000B28BC" w:rsidRDefault="00BD360E" w:rsidP="003B614F">
            <w:pPr>
              <w:pBdr>
                <w:bottom w:val="single" w:sz="6" w:space="1" w:color="auto"/>
              </w:pBdr>
              <w:spacing w:after="0"/>
              <w:rPr>
                <w:color w:val="1F497D" w:themeColor="text2"/>
                <w:sz w:val="22"/>
                <w:lang w:val="da-DK"/>
              </w:rPr>
            </w:pPr>
          </w:p>
          <w:sdt>
            <w:sdtPr>
              <w:rPr>
                <w:color w:val="1F497D" w:themeColor="text2"/>
                <w:sz w:val="22"/>
                <w:lang w:val="da-DK"/>
              </w:rPr>
              <w:id w:val="-2090607776"/>
              <w:placeholder>
                <w:docPart w:val="DefaultPlaceholder_-1854013440"/>
              </w:placeholder>
              <w:showingPlcHdr/>
              <w:text/>
            </w:sdtPr>
            <w:sdtContent>
              <w:p w14:paraId="2D596CBF" w14:textId="5D54187B" w:rsidR="00BD360E" w:rsidRPr="000B28BC" w:rsidRDefault="000B28BC" w:rsidP="003B614F">
                <w:pPr>
                  <w:pBdr>
                    <w:bottom w:val="single" w:sz="6" w:space="1" w:color="auto"/>
                  </w:pBdr>
                  <w:spacing w:after="0"/>
                  <w:rPr>
                    <w:color w:val="1F497D" w:themeColor="text2"/>
                    <w:sz w:val="22"/>
                    <w:lang w:val="da-DK"/>
                  </w:rPr>
                </w:pPr>
                <w:r w:rsidRPr="000B28BC">
                  <w:rPr>
                    <w:rStyle w:val="Pladsholdertekst"/>
                    <w:color w:val="auto"/>
                    <w:lang w:val="da-DK"/>
                  </w:rPr>
                  <w:t>Klik eller tryk her for at skrive tekst.</w:t>
                </w:r>
              </w:p>
            </w:sdtContent>
          </w:sdt>
          <w:p w14:paraId="6D25DEED" w14:textId="5BD5152B" w:rsidR="00FC1AEC" w:rsidRPr="000B28BC" w:rsidRDefault="00FC1AEC" w:rsidP="003B614F">
            <w:pPr>
              <w:spacing w:after="0"/>
              <w:rPr>
                <w:color w:val="1F497D" w:themeColor="text2"/>
                <w:sz w:val="8"/>
                <w:szCs w:val="8"/>
                <w:lang w:val="da-DK"/>
              </w:rPr>
            </w:pPr>
          </w:p>
        </w:tc>
      </w:tr>
      <w:tr w:rsidR="00EE3FDF" w:rsidRPr="00016145" w14:paraId="4E5CEA62" w14:textId="77777777">
        <w:trPr>
          <w:jc w:val="center"/>
        </w:trPr>
        <w:tc>
          <w:tcPr>
            <w:tcW w:w="10992" w:type="dxa"/>
            <w:vAlign w:val="center"/>
          </w:tcPr>
          <w:p w14:paraId="52D1438D" w14:textId="77777777" w:rsidR="003B614F" w:rsidRPr="000B28BC" w:rsidRDefault="00086CA5">
            <w:pPr>
              <w:pBdr>
                <w:bottom w:val="single" w:sz="6" w:space="1" w:color="auto"/>
              </w:pBdr>
              <w:spacing w:after="0"/>
              <w:rPr>
                <w:color w:val="1F497D" w:themeColor="text2"/>
                <w:sz w:val="12"/>
                <w:szCs w:val="12"/>
                <w:lang w:val="da-DK"/>
              </w:rPr>
            </w:pPr>
            <w:r w:rsidRPr="000B28BC">
              <w:rPr>
                <w:color w:val="1F497D" w:themeColor="text2"/>
                <w:sz w:val="22"/>
                <w:lang w:val="da-DK"/>
              </w:rPr>
              <w:t>Beskriv evnen til at arbejde selvstændigt, tage ansvar, håndtere lektier/afleveringer og overholde aftaler.</w:t>
            </w:r>
          </w:p>
          <w:p w14:paraId="5FB14174" w14:textId="3CB6FB3E" w:rsidR="003B614F" w:rsidRPr="000B28BC" w:rsidRDefault="00086CA5">
            <w:pPr>
              <w:pBdr>
                <w:bottom w:val="single" w:sz="6" w:space="1" w:color="auto"/>
              </w:pBdr>
              <w:spacing w:after="0"/>
              <w:rPr>
                <w:color w:val="1F497D" w:themeColor="text2"/>
                <w:sz w:val="22"/>
                <w:lang w:val="da-DK"/>
              </w:rPr>
            </w:pPr>
            <w:r w:rsidRPr="000B28BC">
              <w:rPr>
                <w:color w:val="1F497D" w:themeColor="text2"/>
                <w:sz w:val="22"/>
                <w:lang w:val="da-DK"/>
              </w:rPr>
              <w:br/>
            </w:r>
            <w:sdt>
              <w:sdtPr>
                <w:rPr>
                  <w:color w:val="1F497D" w:themeColor="text2"/>
                  <w:sz w:val="22"/>
                  <w:lang w:val="da-DK"/>
                </w:rPr>
                <w:id w:val="2019892830"/>
                <w:placeholder>
                  <w:docPart w:val="DefaultPlaceholder_-1854013440"/>
                </w:placeholder>
                <w:showingPlcHdr/>
                <w:text/>
              </w:sdtPr>
              <w:sdtContent>
                <w:r w:rsidR="003B614F" w:rsidRPr="00B01AA3">
                  <w:rPr>
                    <w:rStyle w:val="Pladsholdertekst"/>
                    <w:color w:val="auto"/>
                    <w:lang w:val="da-DK"/>
                  </w:rPr>
                  <w:t>Klik eller tryk her for at skrive tekst.</w:t>
                </w:r>
              </w:sdtContent>
            </w:sdt>
          </w:p>
          <w:p w14:paraId="725BFF45" w14:textId="77777777" w:rsidR="00544454" w:rsidRPr="000B28BC" w:rsidRDefault="00544454" w:rsidP="003B614F">
            <w:pPr>
              <w:spacing w:after="0"/>
              <w:rPr>
                <w:color w:val="1F497D" w:themeColor="text2"/>
                <w:sz w:val="12"/>
                <w:szCs w:val="12"/>
                <w:lang w:val="da-DK"/>
              </w:rPr>
            </w:pPr>
          </w:p>
        </w:tc>
      </w:tr>
    </w:tbl>
    <w:p w14:paraId="6DDD79A0" w14:textId="38F31F98" w:rsidR="00035BBA" w:rsidRPr="000B28BC" w:rsidRDefault="00035BBA">
      <w:pPr>
        <w:spacing w:before="50"/>
        <w:rPr>
          <w:b/>
          <w:color w:val="1F497D" w:themeColor="text2"/>
          <w:sz w:val="12"/>
          <w:szCs w:val="12"/>
          <w:lang w:val="da-DK"/>
        </w:rPr>
      </w:pPr>
    </w:p>
    <w:tbl>
      <w:tblPr>
        <w:tblW w:w="0" w:type="auto"/>
        <w:jc w:val="center"/>
        <w:tblLook w:val="04A0" w:firstRow="1" w:lastRow="0" w:firstColumn="1" w:lastColumn="0" w:noHBand="0" w:noVBand="1"/>
      </w:tblPr>
      <w:tblGrid>
        <w:gridCol w:w="2748"/>
        <w:gridCol w:w="2748"/>
        <w:gridCol w:w="2748"/>
        <w:gridCol w:w="2748"/>
      </w:tblGrid>
      <w:tr w:rsidR="00850494" w:rsidRPr="000B28BC" w14:paraId="58541D8F" w14:textId="77777777" w:rsidTr="001244E4">
        <w:trPr>
          <w:jc w:val="center"/>
        </w:trPr>
        <w:tc>
          <w:tcPr>
            <w:tcW w:w="10992" w:type="dxa"/>
            <w:gridSpan w:val="4"/>
            <w:shd w:val="clear" w:color="auto" w:fill="DBE5F1" w:themeFill="accent1" w:themeFillTint="33"/>
            <w:vAlign w:val="center"/>
          </w:tcPr>
          <w:p w14:paraId="71F4D31E" w14:textId="5525D726" w:rsidR="00850494" w:rsidRPr="000B28BC" w:rsidRDefault="00E267E3" w:rsidP="00E267E3">
            <w:pPr>
              <w:spacing w:before="50"/>
              <w:rPr>
                <w:color w:val="1F497D" w:themeColor="text2"/>
                <w:sz w:val="22"/>
                <w:lang w:val="da-DK"/>
              </w:rPr>
            </w:pPr>
            <w:r w:rsidRPr="000B28BC">
              <w:rPr>
                <w:b/>
                <w:color w:val="1F497D" w:themeColor="text2"/>
                <w:sz w:val="22"/>
                <w:lang w:val="da-DK"/>
              </w:rPr>
              <w:t>3. Faglige kompetencer (sæt kryds)</w:t>
            </w:r>
          </w:p>
        </w:tc>
      </w:tr>
      <w:tr w:rsidR="00EE3FDF" w:rsidRPr="000B28BC" w14:paraId="3B4FAB39" w14:textId="77777777" w:rsidTr="00C0368A">
        <w:trPr>
          <w:jc w:val="center"/>
        </w:trPr>
        <w:tc>
          <w:tcPr>
            <w:tcW w:w="2748" w:type="dxa"/>
            <w:shd w:val="clear" w:color="auto" w:fill="DBE5F1" w:themeFill="accent1" w:themeFillTint="33"/>
            <w:vAlign w:val="center"/>
          </w:tcPr>
          <w:p w14:paraId="41C82D1A" w14:textId="77777777" w:rsidR="00EE3FDF" w:rsidRPr="000B28BC" w:rsidRDefault="00086CA5">
            <w:pPr>
              <w:spacing w:after="0"/>
              <w:rPr>
                <w:color w:val="1F497D" w:themeColor="text2"/>
                <w:sz w:val="22"/>
                <w:lang w:val="da-DK"/>
              </w:rPr>
            </w:pPr>
            <w:r w:rsidRPr="000B28BC">
              <w:rPr>
                <w:b/>
                <w:color w:val="1F497D" w:themeColor="text2"/>
                <w:sz w:val="22"/>
                <w:lang w:val="da-DK"/>
              </w:rPr>
              <w:t>Fag</w:t>
            </w:r>
          </w:p>
        </w:tc>
        <w:tc>
          <w:tcPr>
            <w:tcW w:w="2748" w:type="dxa"/>
            <w:shd w:val="clear" w:color="auto" w:fill="DBE5F1" w:themeFill="accent1" w:themeFillTint="33"/>
            <w:vAlign w:val="center"/>
          </w:tcPr>
          <w:p w14:paraId="377705DA" w14:textId="77777777" w:rsidR="00EE3FDF" w:rsidRPr="000B28BC" w:rsidRDefault="00086CA5">
            <w:pPr>
              <w:spacing w:after="0"/>
              <w:rPr>
                <w:color w:val="1F497D" w:themeColor="text2"/>
                <w:sz w:val="22"/>
                <w:lang w:val="da-DK"/>
              </w:rPr>
            </w:pPr>
            <w:r w:rsidRPr="000B28BC">
              <w:rPr>
                <w:b/>
                <w:color w:val="1F497D" w:themeColor="text2"/>
                <w:sz w:val="22"/>
                <w:lang w:val="da-DK"/>
              </w:rPr>
              <w:t>Under middel</w:t>
            </w:r>
          </w:p>
        </w:tc>
        <w:tc>
          <w:tcPr>
            <w:tcW w:w="2748" w:type="dxa"/>
            <w:shd w:val="clear" w:color="auto" w:fill="DBE5F1" w:themeFill="accent1" w:themeFillTint="33"/>
            <w:vAlign w:val="center"/>
          </w:tcPr>
          <w:p w14:paraId="6C285A01" w14:textId="77777777" w:rsidR="00EE3FDF" w:rsidRPr="000B28BC" w:rsidRDefault="00086CA5">
            <w:pPr>
              <w:spacing w:after="0"/>
              <w:rPr>
                <w:color w:val="1F497D" w:themeColor="text2"/>
                <w:sz w:val="22"/>
                <w:lang w:val="da-DK"/>
              </w:rPr>
            </w:pPr>
            <w:r w:rsidRPr="000B28BC">
              <w:rPr>
                <w:b/>
                <w:color w:val="1F497D" w:themeColor="text2"/>
                <w:sz w:val="22"/>
                <w:lang w:val="da-DK"/>
              </w:rPr>
              <w:t>Middel</w:t>
            </w:r>
          </w:p>
        </w:tc>
        <w:tc>
          <w:tcPr>
            <w:tcW w:w="2748" w:type="dxa"/>
            <w:shd w:val="clear" w:color="auto" w:fill="DBE5F1" w:themeFill="accent1" w:themeFillTint="33"/>
            <w:vAlign w:val="center"/>
          </w:tcPr>
          <w:p w14:paraId="6311C216" w14:textId="77777777" w:rsidR="00EE3FDF" w:rsidRPr="000B28BC" w:rsidRDefault="00086CA5">
            <w:pPr>
              <w:spacing w:after="0"/>
              <w:rPr>
                <w:color w:val="1F497D" w:themeColor="text2"/>
                <w:sz w:val="22"/>
                <w:lang w:val="da-DK"/>
              </w:rPr>
            </w:pPr>
            <w:r w:rsidRPr="000B28BC">
              <w:rPr>
                <w:b/>
                <w:color w:val="1F497D" w:themeColor="text2"/>
                <w:sz w:val="22"/>
                <w:lang w:val="da-DK"/>
              </w:rPr>
              <w:t>Over middel</w:t>
            </w:r>
          </w:p>
        </w:tc>
      </w:tr>
      <w:tr w:rsidR="00EE3FDF" w:rsidRPr="000B28BC" w14:paraId="62377CDD" w14:textId="77777777">
        <w:trPr>
          <w:jc w:val="center"/>
        </w:trPr>
        <w:tc>
          <w:tcPr>
            <w:tcW w:w="2748" w:type="dxa"/>
            <w:vAlign w:val="center"/>
          </w:tcPr>
          <w:p w14:paraId="7A686C64" w14:textId="77777777" w:rsidR="00EE3FDF" w:rsidRPr="000B28BC" w:rsidRDefault="00086CA5">
            <w:pPr>
              <w:spacing w:after="0"/>
              <w:rPr>
                <w:color w:val="1F497D" w:themeColor="text2"/>
                <w:sz w:val="22"/>
                <w:lang w:val="da-DK"/>
              </w:rPr>
            </w:pPr>
            <w:r w:rsidRPr="000B28BC">
              <w:rPr>
                <w:b/>
                <w:color w:val="1F497D" w:themeColor="text2"/>
                <w:sz w:val="22"/>
                <w:lang w:val="da-DK"/>
              </w:rPr>
              <w:t>Dansk</w:t>
            </w:r>
          </w:p>
        </w:tc>
        <w:sdt>
          <w:sdtPr>
            <w:rPr>
              <w:sz w:val="22"/>
              <w:lang w:val="da-DK"/>
            </w:rPr>
            <w:id w:val="1029994620"/>
            <w14:checkbox>
              <w14:checked w14:val="0"/>
              <w14:checkedState w14:val="2612" w14:font="MS Gothic"/>
              <w14:uncheckedState w14:val="2610" w14:font="MS Gothic"/>
            </w14:checkbox>
          </w:sdtPr>
          <w:sdtContent>
            <w:tc>
              <w:tcPr>
                <w:tcW w:w="2748" w:type="dxa"/>
                <w:vAlign w:val="center"/>
              </w:tcPr>
              <w:p w14:paraId="13132B7F" w14:textId="5E890ACA" w:rsidR="00EE3FDF" w:rsidRPr="00857F50" w:rsidRDefault="00857F50">
                <w:pPr>
                  <w:spacing w:after="0"/>
                  <w:rPr>
                    <w:sz w:val="22"/>
                    <w:lang w:val="da-DK"/>
                  </w:rPr>
                </w:pPr>
                <w:r>
                  <w:rPr>
                    <w:rFonts w:ascii="MS Gothic" w:eastAsia="MS Gothic" w:hAnsi="MS Gothic" w:hint="eastAsia"/>
                    <w:sz w:val="22"/>
                    <w:lang w:val="da-DK"/>
                  </w:rPr>
                  <w:t>☐</w:t>
                </w:r>
              </w:p>
            </w:tc>
          </w:sdtContent>
        </w:sdt>
        <w:tc>
          <w:tcPr>
            <w:tcW w:w="2748" w:type="dxa"/>
            <w:vAlign w:val="center"/>
          </w:tcPr>
          <w:p w14:paraId="617861A7" w14:textId="28101264" w:rsidR="00EE3FDF" w:rsidRPr="00857F50" w:rsidRDefault="00000000">
            <w:pPr>
              <w:spacing w:after="0"/>
              <w:rPr>
                <w:sz w:val="22"/>
                <w:lang w:val="da-DK"/>
              </w:rPr>
            </w:pPr>
            <w:sdt>
              <w:sdtPr>
                <w:rPr>
                  <w:sz w:val="22"/>
                  <w:lang w:val="da-DK"/>
                </w:rPr>
                <w:id w:val="1089041634"/>
                <w14:checkbox>
                  <w14:checked w14:val="0"/>
                  <w14:checkedState w14:val="2612" w14:font="MS Gothic"/>
                  <w14:uncheckedState w14:val="2610" w14:font="MS Gothic"/>
                </w14:checkbox>
              </w:sdtPr>
              <w:sdtContent>
                <w:r w:rsidR="00B21F80" w:rsidRPr="00857F50">
                  <w:rPr>
                    <w:rFonts w:ascii="MS Gothic" w:eastAsia="MS Gothic" w:hAnsi="MS Gothic" w:hint="eastAsia"/>
                    <w:sz w:val="22"/>
                    <w:lang w:val="da-DK"/>
                  </w:rPr>
                  <w:t>☐</w:t>
                </w:r>
              </w:sdtContent>
            </w:sdt>
            <w:r w:rsidR="00B21F80" w:rsidRPr="00857F50">
              <w:rPr>
                <w:sz w:val="22"/>
                <w:lang w:val="da-DK"/>
              </w:rPr>
              <w:t xml:space="preserve">     </w:t>
            </w:r>
          </w:p>
        </w:tc>
        <w:sdt>
          <w:sdtPr>
            <w:rPr>
              <w:sz w:val="22"/>
              <w:lang w:val="da-DK"/>
            </w:rPr>
            <w:id w:val="274838982"/>
            <w14:checkbox>
              <w14:checked w14:val="0"/>
              <w14:checkedState w14:val="2612" w14:font="MS Gothic"/>
              <w14:uncheckedState w14:val="2610" w14:font="MS Gothic"/>
            </w14:checkbox>
          </w:sdtPr>
          <w:sdtContent>
            <w:tc>
              <w:tcPr>
                <w:tcW w:w="2748" w:type="dxa"/>
                <w:vAlign w:val="center"/>
              </w:tcPr>
              <w:p w14:paraId="62473E8C" w14:textId="6EA80494"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tr>
      <w:tr w:rsidR="00EE3FDF" w:rsidRPr="000B28BC" w14:paraId="00078E10" w14:textId="77777777">
        <w:trPr>
          <w:jc w:val="center"/>
        </w:trPr>
        <w:tc>
          <w:tcPr>
            <w:tcW w:w="2748" w:type="dxa"/>
            <w:vAlign w:val="center"/>
          </w:tcPr>
          <w:p w14:paraId="05BE1BBB" w14:textId="77777777" w:rsidR="00EE3FDF" w:rsidRPr="000B28BC" w:rsidRDefault="00086CA5">
            <w:pPr>
              <w:spacing w:after="0"/>
              <w:rPr>
                <w:color w:val="1F497D" w:themeColor="text2"/>
                <w:sz w:val="22"/>
                <w:lang w:val="da-DK"/>
              </w:rPr>
            </w:pPr>
            <w:r w:rsidRPr="000B28BC">
              <w:rPr>
                <w:b/>
                <w:color w:val="1F497D" w:themeColor="text2"/>
                <w:sz w:val="22"/>
                <w:lang w:val="da-DK"/>
              </w:rPr>
              <w:t>Matematik</w:t>
            </w:r>
          </w:p>
        </w:tc>
        <w:sdt>
          <w:sdtPr>
            <w:rPr>
              <w:sz w:val="22"/>
              <w:lang w:val="da-DK"/>
            </w:rPr>
            <w:id w:val="729735640"/>
            <w14:checkbox>
              <w14:checked w14:val="0"/>
              <w14:checkedState w14:val="2612" w14:font="MS Gothic"/>
              <w14:uncheckedState w14:val="2610" w14:font="MS Gothic"/>
            </w14:checkbox>
          </w:sdtPr>
          <w:sdtContent>
            <w:tc>
              <w:tcPr>
                <w:tcW w:w="2748" w:type="dxa"/>
                <w:vAlign w:val="center"/>
              </w:tcPr>
              <w:p w14:paraId="693A888F" w14:textId="3A7A77B7"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sdt>
          <w:sdtPr>
            <w:rPr>
              <w:sz w:val="22"/>
              <w:lang w:val="da-DK"/>
            </w:rPr>
            <w:id w:val="1625969307"/>
            <w14:checkbox>
              <w14:checked w14:val="0"/>
              <w14:checkedState w14:val="2612" w14:font="MS Gothic"/>
              <w14:uncheckedState w14:val="2610" w14:font="MS Gothic"/>
            </w14:checkbox>
          </w:sdtPr>
          <w:sdtContent>
            <w:tc>
              <w:tcPr>
                <w:tcW w:w="2748" w:type="dxa"/>
                <w:vAlign w:val="center"/>
              </w:tcPr>
              <w:p w14:paraId="0595B590" w14:textId="241732FF"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sdt>
          <w:sdtPr>
            <w:rPr>
              <w:sz w:val="22"/>
              <w:lang w:val="da-DK"/>
            </w:rPr>
            <w:id w:val="610555965"/>
            <w14:checkbox>
              <w14:checked w14:val="0"/>
              <w14:checkedState w14:val="2612" w14:font="MS Gothic"/>
              <w14:uncheckedState w14:val="2610" w14:font="MS Gothic"/>
            </w14:checkbox>
          </w:sdtPr>
          <w:sdtContent>
            <w:tc>
              <w:tcPr>
                <w:tcW w:w="2748" w:type="dxa"/>
                <w:vAlign w:val="center"/>
              </w:tcPr>
              <w:p w14:paraId="5B630018" w14:textId="3AFC673D"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tr>
      <w:tr w:rsidR="00EE3FDF" w:rsidRPr="000B28BC" w14:paraId="393D3A29" w14:textId="77777777">
        <w:trPr>
          <w:jc w:val="center"/>
        </w:trPr>
        <w:tc>
          <w:tcPr>
            <w:tcW w:w="2748" w:type="dxa"/>
            <w:vAlign w:val="center"/>
          </w:tcPr>
          <w:p w14:paraId="3CE19A29" w14:textId="77777777" w:rsidR="00EE3FDF" w:rsidRPr="000B28BC" w:rsidRDefault="00086CA5">
            <w:pPr>
              <w:spacing w:after="0"/>
              <w:rPr>
                <w:color w:val="1F497D" w:themeColor="text2"/>
                <w:sz w:val="22"/>
                <w:lang w:val="da-DK"/>
              </w:rPr>
            </w:pPr>
            <w:r w:rsidRPr="000B28BC">
              <w:rPr>
                <w:b/>
                <w:color w:val="1F497D" w:themeColor="text2"/>
                <w:sz w:val="22"/>
                <w:lang w:val="da-DK"/>
              </w:rPr>
              <w:t>Engelsk</w:t>
            </w:r>
          </w:p>
        </w:tc>
        <w:sdt>
          <w:sdtPr>
            <w:rPr>
              <w:sz w:val="22"/>
              <w:lang w:val="da-DK"/>
            </w:rPr>
            <w:id w:val="1727105757"/>
            <w14:checkbox>
              <w14:checked w14:val="0"/>
              <w14:checkedState w14:val="2612" w14:font="MS Gothic"/>
              <w14:uncheckedState w14:val="2610" w14:font="MS Gothic"/>
            </w14:checkbox>
          </w:sdtPr>
          <w:sdtContent>
            <w:tc>
              <w:tcPr>
                <w:tcW w:w="2748" w:type="dxa"/>
                <w:vAlign w:val="center"/>
              </w:tcPr>
              <w:p w14:paraId="35E3E007" w14:textId="5249D2D4"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sdt>
          <w:sdtPr>
            <w:rPr>
              <w:sz w:val="22"/>
              <w:lang w:val="da-DK"/>
            </w:rPr>
            <w:id w:val="2052639740"/>
            <w14:checkbox>
              <w14:checked w14:val="0"/>
              <w14:checkedState w14:val="2612" w14:font="MS Gothic"/>
              <w14:uncheckedState w14:val="2610" w14:font="MS Gothic"/>
            </w14:checkbox>
          </w:sdtPr>
          <w:sdtContent>
            <w:tc>
              <w:tcPr>
                <w:tcW w:w="2748" w:type="dxa"/>
                <w:vAlign w:val="center"/>
              </w:tcPr>
              <w:p w14:paraId="02163873" w14:textId="6CB8D027"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sdt>
          <w:sdtPr>
            <w:rPr>
              <w:sz w:val="22"/>
              <w:lang w:val="da-DK"/>
            </w:rPr>
            <w:id w:val="1535001549"/>
            <w14:checkbox>
              <w14:checked w14:val="0"/>
              <w14:checkedState w14:val="2612" w14:font="MS Gothic"/>
              <w14:uncheckedState w14:val="2610" w14:font="MS Gothic"/>
            </w14:checkbox>
          </w:sdtPr>
          <w:sdtContent>
            <w:tc>
              <w:tcPr>
                <w:tcW w:w="2748" w:type="dxa"/>
                <w:vAlign w:val="center"/>
              </w:tcPr>
              <w:p w14:paraId="29804754" w14:textId="2DD2BE65"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tr>
    </w:tbl>
    <w:p w14:paraId="092B2CA3" w14:textId="77777777" w:rsidR="00544454" w:rsidRPr="000B28BC" w:rsidRDefault="00544454">
      <w:pPr>
        <w:spacing w:after="0"/>
        <w:rPr>
          <w:color w:val="1F497D" w:themeColor="text2"/>
          <w:sz w:val="22"/>
          <w:lang w:val="da-DK"/>
        </w:rPr>
      </w:pPr>
    </w:p>
    <w:p w14:paraId="11C06EC8" w14:textId="77777777" w:rsidR="00E00A71" w:rsidRPr="000B28BC" w:rsidRDefault="00086CA5" w:rsidP="00EA7B5B">
      <w:pPr>
        <w:pBdr>
          <w:bottom w:val="single" w:sz="6" w:space="1" w:color="auto"/>
        </w:pBdr>
        <w:spacing w:after="0"/>
        <w:rPr>
          <w:color w:val="1F497D" w:themeColor="text2"/>
          <w:sz w:val="22"/>
          <w:lang w:val="da-DK"/>
        </w:rPr>
      </w:pPr>
      <w:r w:rsidRPr="000B28BC">
        <w:rPr>
          <w:color w:val="1F497D" w:themeColor="text2"/>
          <w:sz w:val="22"/>
          <w:lang w:val="da-DK"/>
        </w:rPr>
        <w:t xml:space="preserve">Eventuelle bemærkninger til elevens faglige niveau: </w:t>
      </w:r>
    </w:p>
    <w:p w14:paraId="6EE8C4B5" w14:textId="62FEF80D" w:rsidR="00A05326" w:rsidRPr="000B28BC" w:rsidRDefault="00A05326" w:rsidP="00EA7B5B">
      <w:pPr>
        <w:pBdr>
          <w:bottom w:val="single" w:sz="6" w:space="1" w:color="auto"/>
        </w:pBdr>
        <w:spacing w:after="0"/>
        <w:rPr>
          <w:color w:val="1F497D" w:themeColor="text2"/>
          <w:sz w:val="22"/>
          <w:lang w:val="da-DK"/>
        </w:rPr>
      </w:pPr>
      <w:r w:rsidRPr="000B28BC">
        <w:rPr>
          <w:color w:val="1F497D" w:themeColor="text2"/>
          <w:sz w:val="8"/>
          <w:szCs w:val="8"/>
          <w:lang w:val="da-DK"/>
        </w:rPr>
        <w:t xml:space="preserve"> </w:t>
      </w:r>
    </w:p>
    <w:sdt>
      <w:sdtPr>
        <w:rPr>
          <w:color w:val="1F497D" w:themeColor="text2"/>
          <w:sz w:val="22"/>
          <w:lang w:val="da-DK"/>
        </w:rPr>
        <w:id w:val="647794630"/>
        <w:placeholder>
          <w:docPart w:val="DefaultPlaceholder_-1854013440"/>
        </w:placeholder>
        <w:showingPlcHdr/>
        <w:text/>
      </w:sdtPr>
      <w:sdtContent>
        <w:p w14:paraId="740F7793" w14:textId="76C22F11" w:rsidR="00E00A71" w:rsidRPr="000B28BC" w:rsidRDefault="00E00A71" w:rsidP="00EA7B5B">
          <w:pPr>
            <w:pBdr>
              <w:bottom w:val="single" w:sz="6" w:space="1" w:color="auto"/>
            </w:pBdr>
            <w:spacing w:after="0"/>
            <w:rPr>
              <w:color w:val="1F497D" w:themeColor="text2"/>
              <w:sz w:val="22"/>
              <w:lang w:val="da-DK"/>
            </w:rPr>
          </w:pPr>
          <w:r w:rsidRPr="00300D85">
            <w:rPr>
              <w:rStyle w:val="Pladsholdertekst"/>
              <w:color w:val="auto"/>
              <w:lang w:val="da-DK"/>
            </w:rPr>
            <w:t>Klik eller tryk her for at skrive tekst.</w:t>
          </w:r>
        </w:p>
      </w:sdtContent>
    </w:sdt>
    <w:p w14:paraId="046B7592" w14:textId="22A1AA59" w:rsidR="00EE3FDF" w:rsidRPr="000B28BC" w:rsidRDefault="00086CA5" w:rsidP="00E00A71">
      <w:pPr>
        <w:spacing w:after="0"/>
        <w:rPr>
          <w:b/>
          <w:color w:val="1F497D" w:themeColor="text2"/>
          <w:sz w:val="22"/>
          <w:lang w:val="da-DK"/>
        </w:rPr>
      </w:pPr>
      <w:r w:rsidRPr="000B28BC">
        <w:rPr>
          <w:color w:val="1F497D" w:themeColor="text2"/>
          <w:sz w:val="22"/>
          <w:lang w:val="da-DK"/>
        </w:rPr>
        <w:br w:type="page"/>
      </w:r>
      <w:r w:rsidRPr="000B28BC">
        <w:rPr>
          <w:b/>
          <w:color w:val="1F497D" w:themeColor="text2"/>
          <w:sz w:val="22"/>
          <w:lang w:val="da-DK"/>
        </w:rPr>
        <w:lastRenderedPageBreak/>
        <w:t xml:space="preserve">SKOLEUDTALELSE </w:t>
      </w:r>
      <w:r w:rsidR="00544454" w:rsidRPr="000B28BC">
        <w:rPr>
          <w:b/>
          <w:color w:val="1F497D" w:themeColor="text2"/>
          <w:sz w:val="22"/>
          <w:lang w:val="da-DK"/>
        </w:rPr>
        <w:t>–</w:t>
      </w:r>
      <w:r w:rsidRPr="000B28BC">
        <w:rPr>
          <w:b/>
          <w:color w:val="1F497D" w:themeColor="text2"/>
          <w:sz w:val="22"/>
          <w:lang w:val="da-DK"/>
        </w:rPr>
        <w:t xml:space="preserve"> FORTSAT</w:t>
      </w:r>
    </w:p>
    <w:p w14:paraId="3A768DB6" w14:textId="77777777" w:rsidR="00035BBA" w:rsidRPr="000B28BC" w:rsidRDefault="00035BBA" w:rsidP="00E00A71">
      <w:pPr>
        <w:spacing w:after="0"/>
        <w:rPr>
          <w:b/>
          <w:color w:val="1F497D" w:themeColor="text2"/>
          <w:sz w:val="8"/>
          <w:szCs w:val="8"/>
          <w:lang w:val="da-DK"/>
        </w:rPr>
      </w:pPr>
    </w:p>
    <w:tbl>
      <w:tblPr>
        <w:tblW w:w="0" w:type="auto"/>
        <w:jc w:val="center"/>
        <w:tblLook w:val="04A0" w:firstRow="1" w:lastRow="0" w:firstColumn="1" w:lastColumn="0" w:noHBand="0" w:noVBand="1"/>
      </w:tblPr>
      <w:tblGrid>
        <w:gridCol w:w="10992"/>
      </w:tblGrid>
      <w:tr w:rsidR="00480474" w:rsidRPr="000B28BC" w14:paraId="5BB78BF9" w14:textId="77777777" w:rsidTr="00C0368A">
        <w:trPr>
          <w:jc w:val="center"/>
        </w:trPr>
        <w:tc>
          <w:tcPr>
            <w:tcW w:w="10992" w:type="dxa"/>
            <w:shd w:val="clear" w:color="auto" w:fill="DBE5F1" w:themeFill="accent1" w:themeFillTint="33"/>
            <w:vAlign w:val="center"/>
          </w:tcPr>
          <w:p w14:paraId="657885F2" w14:textId="71E12B53" w:rsidR="00480474" w:rsidRPr="000B28BC" w:rsidRDefault="00691737" w:rsidP="00691737">
            <w:pPr>
              <w:spacing w:before="50"/>
              <w:rPr>
                <w:color w:val="1F497D" w:themeColor="text2"/>
                <w:sz w:val="22"/>
                <w:lang w:val="da-DK"/>
              </w:rPr>
            </w:pPr>
            <w:r w:rsidRPr="000B28BC">
              <w:rPr>
                <w:b/>
                <w:color w:val="1F497D" w:themeColor="text2"/>
                <w:sz w:val="22"/>
                <w:lang w:val="da-DK"/>
              </w:rPr>
              <w:t>4. Sociale kompetencer og trivsel</w:t>
            </w:r>
          </w:p>
        </w:tc>
      </w:tr>
      <w:tr w:rsidR="00EE3FDF" w:rsidRPr="00016145" w14:paraId="3D42E35C" w14:textId="77777777">
        <w:trPr>
          <w:jc w:val="center"/>
        </w:trPr>
        <w:tc>
          <w:tcPr>
            <w:tcW w:w="10992" w:type="dxa"/>
            <w:vAlign w:val="center"/>
          </w:tcPr>
          <w:p w14:paraId="51BD24BC" w14:textId="77777777" w:rsidR="00B93845" w:rsidRPr="000B28BC" w:rsidRDefault="00086CA5">
            <w:pPr>
              <w:spacing w:after="0"/>
              <w:rPr>
                <w:color w:val="1F497D" w:themeColor="text2"/>
                <w:sz w:val="22"/>
                <w:lang w:val="da-DK"/>
              </w:rPr>
            </w:pPr>
            <w:r w:rsidRPr="000B28BC">
              <w:rPr>
                <w:color w:val="1F497D" w:themeColor="text2"/>
                <w:sz w:val="22"/>
                <w:lang w:val="da-DK"/>
              </w:rPr>
              <w:t>Beskriv elevens evne til at indgå i fællesskaber og samarbejde med elever og voksne. Beskriv eventuelle udfordringer og deres omfang.</w:t>
            </w:r>
          </w:p>
          <w:p w14:paraId="2E4FC400" w14:textId="77777777" w:rsidR="00B93845" w:rsidRPr="0011668B" w:rsidRDefault="00B93845">
            <w:pPr>
              <w:pBdr>
                <w:bottom w:val="single" w:sz="6" w:space="1" w:color="auto"/>
              </w:pBdr>
              <w:spacing w:after="0"/>
              <w:rPr>
                <w:sz w:val="12"/>
                <w:szCs w:val="12"/>
                <w:lang w:val="da-DK"/>
              </w:rPr>
            </w:pPr>
          </w:p>
          <w:sdt>
            <w:sdtPr>
              <w:rPr>
                <w:sz w:val="22"/>
                <w:lang w:val="da-DK"/>
              </w:rPr>
              <w:id w:val="1537924617"/>
              <w:placeholder>
                <w:docPart w:val="DefaultPlaceholder_-1854013440"/>
              </w:placeholder>
              <w:showingPlcHdr/>
              <w:text/>
            </w:sdtPr>
            <w:sdtContent>
              <w:p w14:paraId="42E88C34" w14:textId="2F445A46" w:rsidR="00B93845" w:rsidRPr="0011668B" w:rsidRDefault="00B93845">
                <w:pPr>
                  <w:pBdr>
                    <w:bottom w:val="single" w:sz="6" w:space="1" w:color="auto"/>
                  </w:pBdr>
                  <w:spacing w:after="0"/>
                  <w:rPr>
                    <w:sz w:val="22"/>
                    <w:lang w:val="da-DK"/>
                  </w:rPr>
                </w:pPr>
                <w:r w:rsidRPr="0011668B">
                  <w:rPr>
                    <w:rStyle w:val="Pladsholdertekst"/>
                    <w:color w:val="auto"/>
                    <w:lang w:val="da-DK"/>
                  </w:rPr>
                  <w:t>Klik eller tryk her for at skrive tekst.</w:t>
                </w:r>
              </w:p>
            </w:sdtContent>
          </w:sdt>
          <w:p w14:paraId="1AAEC186" w14:textId="77777777" w:rsidR="00544454" w:rsidRPr="000B28BC" w:rsidRDefault="00544454">
            <w:pPr>
              <w:spacing w:after="0"/>
              <w:rPr>
                <w:color w:val="1F497D" w:themeColor="text2"/>
                <w:sz w:val="12"/>
                <w:szCs w:val="12"/>
                <w:lang w:val="da-DK"/>
              </w:rPr>
            </w:pPr>
          </w:p>
        </w:tc>
      </w:tr>
      <w:tr w:rsidR="00EE3FDF" w:rsidRPr="00016145" w14:paraId="68104B7F" w14:textId="77777777">
        <w:trPr>
          <w:jc w:val="center"/>
        </w:trPr>
        <w:tc>
          <w:tcPr>
            <w:tcW w:w="10992" w:type="dxa"/>
            <w:vAlign w:val="center"/>
          </w:tcPr>
          <w:p w14:paraId="58413B63" w14:textId="77777777" w:rsidR="00B93845" w:rsidRPr="000B28BC" w:rsidRDefault="00086CA5">
            <w:pPr>
              <w:spacing w:after="0"/>
              <w:rPr>
                <w:color w:val="1F497D" w:themeColor="text2"/>
                <w:sz w:val="22"/>
                <w:lang w:val="da-DK"/>
              </w:rPr>
            </w:pPr>
            <w:r w:rsidRPr="000B28BC">
              <w:rPr>
                <w:color w:val="1F497D" w:themeColor="text2"/>
                <w:sz w:val="22"/>
                <w:lang w:val="da-DK"/>
              </w:rPr>
              <w:t>Hvordan trives eleven generelt? Er der forhold, der påvirker trivsel eller deltagelse i skolens fællesskab?</w:t>
            </w:r>
          </w:p>
          <w:p w14:paraId="0524DE6F" w14:textId="77777777" w:rsidR="00B93845" w:rsidRPr="000B28BC" w:rsidRDefault="00B93845">
            <w:pPr>
              <w:pBdr>
                <w:bottom w:val="single" w:sz="6" w:space="1" w:color="auto"/>
              </w:pBdr>
              <w:spacing w:after="0"/>
              <w:rPr>
                <w:color w:val="1F497D" w:themeColor="text2"/>
                <w:sz w:val="12"/>
                <w:szCs w:val="12"/>
                <w:lang w:val="da-DK"/>
              </w:rPr>
            </w:pPr>
          </w:p>
          <w:sdt>
            <w:sdtPr>
              <w:rPr>
                <w:color w:val="1F497D" w:themeColor="text2"/>
                <w:sz w:val="22"/>
                <w:lang w:val="da-DK"/>
              </w:rPr>
              <w:id w:val="-1943594703"/>
              <w:placeholder>
                <w:docPart w:val="DefaultPlaceholder_-1854013440"/>
              </w:placeholder>
              <w:showingPlcHdr/>
              <w:text/>
            </w:sdtPr>
            <w:sdtContent>
              <w:p w14:paraId="07683E4F" w14:textId="6C72EF11" w:rsidR="00B93845" w:rsidRPr="000B28BC" w:rsidRDefault="00016145">
                <w:pPr>
                  <w:pBdr>
                    <w:bottom w:val="single" w:sz="6" w:space="1" w:color="auto"/>
                  </w:pBdr>
                  <w:spacing w:after="0"/>
                  <w:rPr>
                    <w:color w:val="1F497D" w:themeColor="text2"/>
                    <w:sz w:val="22"/>
                    <w:lang w:val="da-DK"/>
                  </w:rPr>
                </w:pPr>
                <w:r w:rsidRPr="00016145">
                  <w:rPr>
                    <w:rStyle w:val="Pladsholdertekst"/>
                    <w:lang w:val="da-DK"/>
                  </w:rPr>
                  <w:t>Klik eller tryk her for at skrive tekst.</w:t>
                </w:r>
              </w:p>
            </w:sdtContent>
          </w:sdt>
          <w:p w14:paraId="3C537084" w14:textId="77777777" w:rsidR="00544454" w:rsidRPr="000B28BC" w:rsidRDefault="00544454">
            <w:pPr>
              <w:spacing w:after="0"/>
              <w:rPr>
                <w:color w:val="1F497D" w:themeColor="text2"/>
                <w:sz w:val="12"/>
                <w:szCs w:val="12"/>
                <w:lang w:val="da-DK"/>
              </w:rPr>
            </w:pPr>
          </w:p>
        </w:tc>
      </w:tr>
    </w:tbl>
    <w:p w14:paraId="3E4CD8BD" w14:textId="0C9CD370" w:rsidR="00E7079F" w:rsidRPr="000B28BC" w:rsidRDefault="00E7079F">
      <w:pPr>
        <w:spacing w:before="50"/>
        <w:rPr>
          <w:b/>
          <w:color w:val="1F497D" w:themeColor="text2"/>
          <w:sz w:val="12"/>
          <w:szCs w:val="12"/>
          <w:lang w:val="da-DK"/>
        </w:rPr>
      </w:pPr>
    </w:p>
    <w:tbl>
      <w:tblPr>
        <w:tblW w:w="0" w:type="auto"/>
        <w:jc w:val="center"/>
        <w:tblLook w:val="04A0" w:firstRow="1" w:lastRow="0" w:firstColumn="1" w:lastColumn="0" w:noHBand="0" w:noVBand="1"/>
      </w:tblPr>
      <w:tblGrid>
        <w:gridCol w:w="10992"/>
      </w:tblGrid>
      <w:tr w:rsidR="00C955A8" w:rsidRPr="000B28BC" w14:paraId="2CC6CBA1" w14:textId="77777777" w:rsidTr="00482CAF">
        <w:trPr>
          <w:jc w:val="center"/>
        </w:trPr>
        <w:tc>
          <w:tcPr>
            <w:tcW w:w="10992" w:type="dxa"/>
            <w:shd w:val="clear" w:color="auto" w:fill="DBE5F1" w:themeFill="accent1" w:themeFillTint="33"/>
            <w:vAlign w:val="center"/>
          </w:tcPr>
          <w:p w14:paraId="7BB0129B" w14:textId="1AAB8A53" w:rsidR="00C955A8" w:rsidRPr="000B28BC" w:rsidRDefault="00482CAF" w:rsidP="00482CAF">
            <w:pPr>
              <w:spacing w:before="50"/>
              <w:rPr>
                <w:color w:val="1F497D" w:themeColor="text2"/>
                <w:sz w:val="22"/>
                <w:lang w:val="da-DK"/>
              </w:rPr>
            </w:pPr>
            <w:r w:rsidRPr="000B28BC">
              <w:rPr>
                <w:b/>
                <w:color w:val="1F497D" w:themeColor="text2"/>
                <w:sz w:val="22"/>
                <w:lang w:val="da-DK"/>
              </w:rPr>
              <w:t>5. Elevens ressourcer og styrker</w:t>
            </w:r>
          </w:p>
        </w:tc>
      </w:tr>
      <w:tr w:rsidR="00EE3FDF" w:rsidRPr="00016145" w14:paraId="11F4CDE0" w14:textId="77777777">
        <w:trPr>
          <w:jc w:val="center"/>
        </w:trPr>
        <w:tc>
          <w:tcPr>
            <w:tcW w:w="10992" w:type="dxa"/>
            <w:vAlign w:val="center"/>
          </w:tcPr>
          <w:p w14:paraId="332CC2FB" w14:textId="19B121A2" w:rsidR="00B93845" w:rsidRPr="000B28BC" w:rsidRDefault="00086CA5">
            <w:pPr>
              <w:spacing w:after="0"/>
              <w:rPr>
                <w:color w:val="1F497D" w:themeColor="text2"/>
                <w:sz w:val="12"/>
                <w:szCs w:val="12"/>
                <w:lang w:val="da-DK"/>
              </w:rPr>
            </w:pPr>
            <w:r w:rsidRPr="000B28BC">
              <w:rPr>
                <w:color w:val="1F497D" w:themeColor="text2"/>
                <w:sz w:val="22"/>
                <w:lang w:val="da-DK"/>
              </w:rPr>
              <w:t>Hvilke faglige, sociale eller personlige ressourcer kendetegner eleven? Hvilke rammer eller tilgange fungerer særligt godt?</w:t>
            </w:r>
          </w:p>
          <w:p w14:paraId="08D15820" w14:textId="77777777" w:rsidR="00B93845" w:rsidRPr="000B28BC" w:rsidRDefault="00B93845">
            <w:pPr>
              <w:spacing w:after="0"/>
              <w:rPr>
                <w:color w:val="1F497D" w:themeColor="text2"/>
                <w:sz w:val="22"/>
                <w:lang w:val="da-DK"/>
              </w:rPr>
            </w:pPr>
          </w:p>
          <w:sdt>
            <w:sdtPr>
              <w:rPr>
                <w:color w:val="1F497D" w:themeColor="text2"/>
                <w:sz w:val="22"/>
                <w:lang w:val="da-DK"/>
              </w:rPr>
              <w:id w:val="1013109341"/>
              <w:placeholder>
                <w:docPart w:val="DefaultPlaceholder_-1854013440"/>
              </w:placeholder>
              <w:showingPlcHdr/>
              <w:text/>
            </w:sdtPr>
            <w:sdtContent>
              <w:p w14:paraId="2EDD4D1B" w14:textId="48849E7C" w:rsidR="00B93845" w:rsidRPr="000B28BC" w:rsidRDefault="00B93845">
                <w:pPr>
                  <w:pBdr>
                    <w:bottom w:val="single" w:sz="6" w:space="1" w:color="auto"/>
                  </w:pBdr>
                  <w:spacing w:after="0"/>
                  <w:rPr>
                    <w:color w:val="1F497D" w:themeColor="text2"/>
                    <w:sz w:val="22"/>
                    <w:lang w:val="da-DK"/>
                  </w:rPr>
                </w:pPr>
                <w:r w:rsidRPr="0011668B">
                  <w:rPr>
                    <w:rStyle w:val="Pladsholdertekst"/>
                    <w:color w:val="auto"/>
                    <w:lang w:val="da-DK"/>
                  </w:rPr>
                  <w:t>Klik eller tryk her for at skrive tekst.</w:t>
                </w:r>
              </w:p>
            </w:sdtContent>
          </w:sdt>
          <w:p w14:paraId="20A9176F" w14:textId="6BB81863" w:rsidR="00FC1AEC" w:rsidRPr="000B28BC" w:rsidRDefault="00FC1AEC">
            <w:pPr>
              <w:spacing w:after="0"/>
              <w:rPr>
                <w:color w:val="1F497D" w:themeColor="text2"/>
                <w:sz w:val="12"/>
                <w:szCs w:val="12"/>
                <w:lang w:val="da-DK"/>
              </w:rPr>
            </w:pPr>
          </w:p>
        </w:tc>
      </w:tr>
    </w:tbl>
    <w:p w14:paraId="778AC7F7" w14:textId="1611C459" w:rsidR="00EE3FDF" w:rsidRPr="000B28BC" w:rsidRDefault="00EE3FDF">
      <w:pPr>
        <w:spacing w:before="50"/>
        <w:rPr>
          <w:color w:val="1F497D" w:themeColor="text2"/>
          <w:sz w:val="22"/>
          <w:lang w:val="da-DK"/>
        </w:rPr>
      </w:pPr>
    </w:p>
    <w:tbl>
      <w:tblPr>
        <w:tblW w:w="0" w:type="auto"/>
        <w:jc w:val="center"/>
        <w:tblLook w:val="04A0" w:firstRow="1" w:lastRow="0" w:firstColumn="1" w:lastColumn="0" w:noHBand="0" w:noVBand="1"/>
      </w:tblPr>
      <w:tblGrid>
        <w:gridCol w:w="5496"/>
        <w:gridCol w:w="5496"/>
      </w:tblGrid>
      <w:tr w:rsidR="00E267E3" w:rsidRPr="000B28BC" w14:paraId="6AB3001F" w14:textId="77777777" w:rsidTr="00306500">
        <w:trPr>
          <w:jc w:val="center"/>
        </w:trPr>
        <w:tc>
          <w:tcPr>
            <w:tcW w:w="10992" w:type="dxa"/>
            <w:gridSpan w:val="2"/>
            <w:shd w:val="clear" w:color="auto" w:fill="DBE5F1" w:themeFill="accent1" w:themeFillTint="33"/>
            <w:vAlign w:val="center"/>
          </w:tcPr>
          <w:p w14:paraId="2880A7D3" w14:textId="5949CC72" w:rsidR="00E267E3" w:rsidRPr="000B28BC" w:rsidRDefault="00E267E3" w:rsidP="00E267E3">
            <w:pPr>
              <w:spacing w:after="0"/>
              <w:rPr>
                <w:b/>
                <w:color w:val="1F497D" w:themeColor="text2"/>
                <w:sz w:val="22"/>
                <w:lang w:val="da-DK"/>
              </w:rPr>
            </w:pPr>
            <w:r w:rsidRPr="000B28BC">
              <w:rPr>
                <w:b/>
                <w:color w:val="1F497D" w:themeColor="text2"/>
                <w:sz w:val="22"/>
                <w:lang w:val="da-DK"/>
              </w:rPr>
              <w:t>6. Fravær</w:t>
            </w:r>
          </w:p>
        </w:tc>
      </w:tr>
      <w:tr w:rsidR="00EE3FDF" w:rsidRPr="000B28BC" w14:paraId="00246C1B" w14:textId="77777777" w:rsidTr="00C0368A">
        <w:trPr>
          <w:jc w:val="center"/>
        </w:trPr>
        <w:tc>
          <w:tcPr>
            <w:tcW w:w="5496" w:type="dxa"/>
            <w:shd w:val="clear" w:color="auto" w:fill="DBE5F1" w:themeFill="accent1" w:themeFillTint="33"/>
            <w:vAlign w:val="center"/>
          </w:tcPr>
          <w:p w14:paraId="22263469" w14:textId="77777777" w:rsidR="00EE3FDF" w:rsidRPr="000B28BC" w:rsidRDefault="00086CA5">
            <w:pPr>
              <w:spacing w:after="0"/>
              <w:rPr>
                <w:color w:val="1F497D" w:themeColor="text2"/>
                <w:sz w:val="22"/>
                <w:lang w:val="da-DK"/>
              </w:rPr>
            </w:pPr>
            <w:r w:rsidRPr="000B28BC">
              <w:rPr>
                <w:b/>
                <w:color w:val="1F497D" w:themeColor="text2"/>
                <w:sz w:val="22"/>
                <w:lang w:val="da-DK"/>
              </w:rPr>
              <w:t xml:space="preserve">Antal fraværsdage i </w:t>
            </w:r>
            <w:proofErr w:type="gramStart"/>
            <w:r w:rsidRPr="000B28BC">
              <w:rPr>
                <w:b/>
                <w:color w:val="1F497D" w:themeColor="text2"/>
                <w:sz w:val="22"/>
                <w:lang w:val="da-DK"/>
              </w:rPr>
              <w:t>indeværende</w:t>
            </w:r>
            <w:proofErr w:type="gramEnd"/>
            <w:r w:rsidRPr="000B28BC">
              <w:rPr>
                <w:b/>
                <w:color w:val="1F497D" w:themeColor="text2"/>
                <w:sz w:val="22"/>
                <w:lang w:val="da-DK"/>
              </w:rPr>
              <w:t xml:space="preserve"> skoleår</w:t>
            </w:r>
          </w:p>
        </w:tc>
        <w:tc>
          <w:tcPr>
            <w:tcW w:w="5496" w:type="dxa"/>
            <w:shd w:val="clear" w:color="auto" w:fill="DBE5F1" w:themeFill="accent1" w:themeFillTint="33"/>
            <w:vAlign w:val="center"/>
          </w:tcPr>
          <w:p w14:paraId="2EB5665B" w14:textId="77777777" w:rsidR="00EE3FDF" w:rsidRPr="000B28BC" w:rsidRDefault="00086CA5">
            <w:pPr>
              <w:spacing w:after="0"/>
              <w:rPr>
                <w:color w:val="1F497D" w:themeColor="text2"/>
                <w:sz w:val="22"/>
                <w:lang w:val="da-DK"/>
              </w:rPr>
            </w:pPr>
            <w:r w:rsidRPr="000B28BC">
              <w:rPr>
                <w:b/>
                <w:color w:val="1F497D" w:themeColor="text2"/>
                <w:sz w:val="22"/>
                <w:lang w:val="da-DK"/>
              </w:rPr>
              <w:t>Eventuelle bemærkninger til fraværet</w:t>
            </w:r>
          </w:p>
        </w:tc>
      </w:tr>
      <w:tr w:rsidR="00EE3FDF" w:rsidRPr="00016145" w14:paraId="5B74ED1F" w14:textId="77777777">
        <w:trPr>
          <w:jc w:val="center"/>
        </w:trPr>
        <w:tc>
          <w:tcPr>
            <w:tcW w:w="5496" w:type="dxa"/>
            <w:vAlign w:val="center"/>
          </w:tcPr>
          <w:p w14:paraId="10540062" w14:textId="2563E525" w:rsidR="00EE3FDF" w:rsidRPr="000B28BC" w:rsidRDefault="00000000">
            <w:pPr>
              <w:spacing w:after="0"/>
              <w:rPr>
                <w:color w:val="1F497D" w:themeColor="text2"/>
                <w:sz w:val="22"/>
                <w:lang w:val="da-DK"/>
              </w:rPr>
            </w:pPr>
            <w:sdt>
              <w:sdtPr>
                <w:rPr>
                  <w:sz w:val="22"/>
                  <w:u w:val="single"/>
                  <w:lang w:val="da-DK"/>
                </w:rPr>
                <w:id w:val="922216302"/>
                <w:placeholder>
                  <w:docPart w:val="DefaultPlaceholder_-1854013440"/>
                </w:placeholder>
                <w:text/>
              </w:sdtPr>
              <w:sdtContent>
                <w:r w:rsidR="00086CA5" w:rsidRPr="0011668B">
                  <w:rPr>
                    <w:sz w:val="22"/>
                    <w:u w:val="single"/>
                    <w:lang w:val="da-DK"/>
                  </w:rPr>
                  <w:t>_________</w:t>
                </w:r>
              </w:sdtContent>
            </w:sdt>
            <w:r w:rsidR="00086CA5" w:rsidRPr="000B28BC">
              <w:rPr>
                <w:color w:val="1F497D" w:themeColor="text2"/>
                <w:sz w:val="22"/>
                <w:lang w:val="da-DK"/>
              </w:rPr>
              <w:t>_ dage</w:t>
            </w:r>
          </w:p>
        </w:tc>
        <w:sdt>
          <w:sdtPr>
            <w:rPr>
              <w:color w:val="1F497D" w:themeColor="text2"/>
              <w:sz w:val="22"/>
              <w:lang w:val="da-DK"/>
            </w:rPr>
            <w:id w:val="-1176566775"/>
            <w:placeholder>
              <w:docPart w:val="DefaultPlaceholder_-1854013440"/>
            </w:placeholder>
            <w:text/>
          </w:sdtPr>
          <w:sdtContent>
            <w:tc>
              <w:tcPr>
                <w:tcW w:w="5496" w:type="dxa"/>
                <w:vAlign w:val="center"/>
              </w:tcPr>
              <w:p w14:paraId="019F6867" w14:textId="66837A1A" w:rsidR="00544454" w:rsidRPr="000B28BC" w:rsidRDefault="00086CA5">
                <w:pPr>
                  <w:spacing w:after="0"/>
                  <w:rPr>
                    <w:color w:val="1F497D" w:themeColor="text2"/>
                    <w:sz w:val="22"/>
                    <w:lang w:val="da-DK"/>
                  </w:rPr>
                </w:pPr>
                <w:r w:rsidRPr="0011668B">
                  <w:rPr>
                    <w:color w:val="1F497D" w:themeColor="text2"/>
                    <w:sz w:val="22"/>
                    <w:lang w:val="da-DK"/>
                  </w:rPr>
                  <w:t>Beskriv evt. omfang, årsag eller relevante forhold.</w:t>
                </w:r>
              </w:p>
            </w:tc>
          </w:sdtContent>
        </w:sdt>
      </w:tr>
    </w:tbl>
    <w:p w14:paraId="3950C603" w14:textId="77777777" w:rsidR="00544454" w:rsidRPr="000B28BC" w:rsidRDefault="00544454">
      <w:pPr>
        <w:spacing w:before="50"/>
        <w:rPr>
          <w:b/>
          <w:color w:val="1F497D" w:themeColor="text2"/>
          <w:sz w:val="8"/>
          <w:szCs w:val="8"/>
          <w:lang w:val="da-DK"/>
        </w:rPr>
      </w:pPr>
    </w:p>
    <w:p w14:paraId="25D092B3" w14:textId="77777777" w:rsidR="0089677F" w:rsidRPr="000B28BC" w:rsidRDefault="0089677F">
      <w:pPr>
        <w:spacing w:before="50"/>
        <w:rPr>
          <w:b/>
          <w:color w:val="1F497D" w:themeColor="text2"/>
          <w:sz w:val="8"/>
          <w:szCs w:val="8"/>
          <w:lang w:val="da-DK"/>
        </w:rPr>
      </w:pPr>
    </w:p>
    <w:tbl>
      <w:tblPr>
        <w:tblW w:w="0" w:type="auto"/>
        <w:jc w:val="center"/>
        <w:tblLook w:val="04A0" w:firstRow="1" w:lastRow="0" w:firstColumn="1" w:lastColumn="0" w:noHBand="0" w:noVBand="1"/>
      </w:tblPr>
      <w:tblGrid>
        <w:gridCol w:w="10992"/>
      </w:tblGrid>
      <w:tr w:rsidR="0089677F" w:rsidRPr="000B28BC" w14:paraId="6FB57074" w14:textId="77777777" w:rsidTr="00C955A8">
        <w:trPr>
          <w:jc w:val="center"/>
        </w:trPr>
        <w:tc>
          <w:tcPr>
            <w:tcW w:w="10992" w:type="dxa"/>
            <w:shd w:val="clear" w:color="auto" w:fill="DBE5F1" w:themeFill="accent1" w:themeFillTint="33"/>
            <w:vAlign w:val="center"/>
          </w:tcPr>
          <w:p w14:paraId="40BEB869" w14:textId="584DAA63" w:rsidR="0089677F" w:rsidRPr="000B28BC" w:rsidRDefault="00C955A8" w:rsidP="00C955A8">
            <w:pPr>
              <w:spacing w:before="50"/>
              <w:rPr>
                <w:b/>
                <w:color w:val="1F497D" w:themeColor="text2"/>
                <w:sz w:val="22"/>
                <w:lang w:val="da-DK"/>
              </w:rPr>
            </w:pPr>
            <w:r w:rsidRPr="000B28BC">
              <w:rPr>
                <w:b/>
                <w:color w:val="1F497D" w:themeColor="text2"/>
                <w:sz w:val="22"/>
                <w:lang w:val="da-DK"/>
              </w:rPr>
              <w:t>7. Særlige forhold og opmærksomhedspunkter</w:t>
            </w:r>
          </w:p>
        </w:tc>
      </w:tr>
      <w:tr w:rsidR="00EE3FDF" w:rsidRPr="00016145" w14:paraId="7510EC0C" w14:textId="77777777">
        <w:trPr>
          <w:jc w:val="center"/>
        </w:trPr>
        <w:tc>
          <w:tcPr>
            <w:tcW w:w="10992" w:type="dxa"/>
            <w:vAlign w:val="center"/>
          </w:tcPr>
          <w:p w14:paraId="58D08B16" w14:textId="2EF99714" w:rsidR="00B93845" w:rsidRPr="000B28BC" w:rsidRDefault="00086CA5">
            <w:pPr>
              <w:spacing w:after="0"/>
              <w:rPr>
                <w:color w:val="1F497D" w:themeColor="text2"/>
                <w:sz w:val="12"/>
                <w:szCs w:val="12"/>
                <w:lang w:val="da-DK"/>
              </w:rPr>
            </w:pPr>
            <w:r w:rsidRPr="000B28BC">
              <w:rPr>
                <w:color w:val="1F497D" w:themeColor="text2"/>
                <w:sz w:val="22"/>
                <w:lang w:val="da-DK"/>
              </w:rPr>
              <w:t>Fx PPR, ordblindhed, specialtilbud, faglige eller trivselsmæssige udfordringer eller andet. Beskriv omfang, betydning og evt. nuværende støtte/tiltag.</w:t>
            </w:r>
            <w:r w:rsidR="00B93845" w:rsidRPr="000B28BC">
              <w:rPr>
                <w:color w:val="1F497D" w:themeColor="text2"/>
                <w:sz w:val="22"/>
                <w:lang w:val="da-DK"/>
              </w:rPr>
              <w:t xml:space="preserve"> </w:t>
            </w:r>
          </w:p>
          <w:p w14:paraId="427EF22A" w14:textId="77777777" w:rsidR="00B93845" w:rsidRPr="000B28BC" w:rsidRDefault="00B93845">
            <w:pPr>
              <w:spacing w:after="0"/>
              <w:rPr>
                <w:color w:val="1F497D" w:themeColor="text2"/>
                <w:sz w:val="12"/>
                <w:szCs w:val="12"/>
                <w:lang w:val="da-DK"/>
              </w:rPr>
            </w:pPr>
          </w:p>
          <w:sdt>
            <w:sdtPr>
              <w:rPr>
                <w:color w:val="1F497D" w:themeColor="text2"/>
                <w:sz w:val="22"/>
                <w:lang w:val="da-DK"/>
              </w:rPr>
              <w:id w:val="1028000101"/>
              <w:placeholder>
                <w:docPart w:val="DefaultPlaceholder_-1854013440"/>
              </w:placeholder>
              <w:showingPlcHdr/>
              <w:text/>
            </w:sdtPr>
            <w:sdtContent>
              <w:p w14:paraId="34C320C3" w14:textId="7F800393" w:rsidR="00B93845" w:rsidRPr="000B28BC" w:rsidRDefault="00AD01E1">
                <w:pPr>
                  <w:pBdr>
                    <w:bottom w:val="single" w:sz="6" w:space="1" w:color="auto"/>
                  </w:pBdr>
                  <w:spacing w:after="0"/>
                  <w:rPr>
                    <w:color w:val="1F497D" w:themeColor="text2"/>
                    <w:sz w:val="22"/>
                    <w:lang w:val="da-DK"/>
                  </w:rPr>
                </w:pPr>
                <w:r w:rsidRPr="0011668B">
                  <w:rPr>
                    <w:rStyle w:val="Pladsholdertekst"/>
                    <w:color w:val="auto"/>
                    <w:lang w:val="da-DK"/>
                  </w:rPr>
                  <w:t>Klik eller tryk her for at skrive tekst.</w:t>
                </w:r>
              </w:p>
            </w:sdtContent>
          </w:sdt>
          <w:p w14:paraId="254221A1" w14:textId="1CFAD589" w:rsidR="00544454" w:rsidRPr="000B28BC" w:rsidRDefault="00544454" w:rsidP="00B93845">
            <w:pPr>
              <w:spacing w:after="0"/>
              <w:rPr>
                <w:color w:val="1F497D" w:themeColor="text2"/>
                <w:sz w:val="12"/>
                <w:szCs w:val="12"/>
                <w:lang w:val="da-DK"/>
              </w:rPr>
            </w:pPr>
          </w:p>
        </w:tc>
      </w:tr>
    </w:tbl>
    <w:p w14:paraId="6084799C" w14:textId="77777777" w:rsidR="00E00A71" w:rsidRPr="000B28BC" w:rsidRDefault="00E00A71">
      <w:pPr>
        <w:spacing w:before="50"/>
        <w:rPr>
          <w:b/>
          <w:color w:val="1F497D" w:themeColor="text2"/>
          <w:sz w:val="8"/>
          <w:szCs w:val="8"/>
          <w:lang w:val="da-DK"/>
        </w:rPr>
      </w:pPr>
    </w:p>
    <w:p w14:paraId="1A3C1E7D" w14:textId="77777777" w:rsidR="00D20A23" w:rsidRPr="000B28BC" w:rsidRDefault="00D20A23">
      <w:pPr>
        <w:spacing w:before="50"/>
        <w:rPr>
          <w:b/>
          <w:color w:val="1F497D" w:themeColor="text2"/>
          <w:sz w:val="8"/>
          <w:szCs w:val="8"/>
          <w:lang w:val="da-DK"/>
        </w:rPr>
      </w:pPr>
    </w:p>
    <w:tbl>
      <w:tblPr>
        <w:tblW w:w="0" w:type="auto"/>
        <w:tblLook w:val="04A0" w:firstRow="1" w:lastRow="0" w:firstColumn="1" w:lastColumn="0" w:noHBand="0" w:noVBand="1"/>
      </w:tblPr>
      <w:tblGrid>
        <w:gridCol w:w="10992"/>
      </w:tblGrid>
      <w:tr w:rsidR="00D20A23" w:rsidRPr="00016145" w14:paraId="3B3FEA25" w14:textId="77777777" w:rsidTr="0089677F">
        <w:tc>
          <w:tcPr>
            <w:tcW w:w="10992" w:type="dxa"/>
            <w:shd w:val="clear" w:color="auto" w:fill="DBE5F1" w:themeFill="accent1" w:themeFillTint="33"/>
            <w:vAlign w:val="center"/>
          </w:tcPr>
          <w:p w14:paraId="43980D38" w14:textId="05058DBC" w:rsidR="00D20A23" w:rsidRPr="000B28BC" w:rsidRDefault="0089677F" w:rsidP="00D20A23">
            <w:pPr>
              <w:spacing w:after="0"/>
              <w:rPr>
                <w:color w:val="1F497D" w:themeColor="text2"/>
                <w:sz w:val="12"/>
                <w:szCs w:val="12"/>
                <w:lang w:val="da-DK"/>
              </w:rPr>
            </w:pPr>
            <w:r w:rsidRPr="000B28BC">
              <w:rPr>
                <w:b/>
                <w:color w:val="1F497D" w:themeColor="text2"/>
                <w:sz w:val="22"/>
                <w:lang w:val="da-DK"/>
              </w:rPr>
              <w:t>8. Valgfag - kun for ansøgere til 8. klasse</w:t>
            </w:r>
          </w:p>
        </w:tc>
      </w:tr>
      <w:tr w:rsidR="00EE3FDF" w:rsidRPr="000B28BC" w14:paraId="7A9BF9A8" w14:textId="77777777">
        <w:tc>
          <w:tcPr>
            <w:tcW w:w="10992" w:type="dxa"/>
            <w:vAlign w:val="center"/>
          </w:tcPr>
          <w:p w14:paraId="4A317132" w14:textId="77777777" w:rsidR="00DB75E0" w:rsidRPr="000B28BC" w:rsidRDefault="00DB75E0">
            <w:pPr>
              <w:spacing w:after="0"/>
              <w:rPr>
                <w:color w:val="1F497D" w:themeColor="text2"/>
                <w:sz w:val="12"/>
                <w:szCs w:val="12"/>
                <w:lang w:val="da-DK"/>
              </w:rPr>
            </w:pPr>
          </w:p>
          <w:p w14:paraId="1E068152" w14:textId="19541EB4" w:rsidR="00360218" w:rsidRPr="000B28BC" w:rsidRDefault="00086CA5">
            <w:pPr>
              <w:spacing w:after="0"/>
              <w:rPr>
                <w:color w:val="1F497D" w:themeColor="text2"/>
                <w:sz w:val="22"/>
                <w:lang w:val="da-DK"/>
              </w:rPr>
            </w:pPr>
            <w:r w:rsidRPr="000B28BC">
              <w:rPr>
                <w:color w:val="1F497D" w:themeColor="text2"/>
                <w:sz w:val="22"/>
                <w:lang w:val="da-DK"/>
              </w:rPr>
              <w:t xml:space="preserve">Valgfag i 7. klasse: </w:t>
            </w:r>
            <w:sdt>
              <w:sdtPr>
                <w:rPr>
                  <w:sz w:val="22"/>
                  <w:u w:val="single"/>
                  <w:lang w:val="da-DK"/>
                </w:rPr>
                <w:id w:val="-1000501710"/>
                <w:placeholder>
                  <w:docPart w:val="DefaultPlaceholder_-1854013440"/>
                </w:placeholder>
                <w:text/>
              </w:sdtPr>
              <w:sdtContent>
                <w:r w:rsidR="00360218" w:rsidRPr="0011668B">
                  <w:rPr>
                    <w:sz w:val="22"/>
                    <w:u w:val="single"/>
                    <w:lang w:val="da-DK"/>
                  </w:rPr>
                  <w:t>_________________________________</w:t>
                </w:r>
              </w:sdtContent>
            </w:sdt>
          </w:p>
        </w:tc>
      </w:tr>
    </w:tbl>
    <w:p w14:paraId="77A68248" w14:textId="77777777" w:rsidR="00360218" w:rsidRPr="000B28BC" w:rsidRDefault="00360218">
      <w:pPr>
        <w:spacing w:before="50"/>
        <w:rPr>
          <w:b/>
          <w:color w:val="1F497D" w:themeColor="text2"/>
          <w:sz w:val="8"/>
          <w:szCs w:val="8"/>
          <w:lang w:val="da-DK"/>
        </w:rPr>
      </w:pPr>
    </w:p>
    <w:p w14:paraId="02830C16" w14:textId="77777777" w:rsidR="00C0368A" w:rsidRPr="000B28BC" w:rsidRDefault="00C0368A">
      <w:pPr>
        <w:spacing w:before="50"/>
        <w:rPr>
          <w:b/>
          <w:color w:val="1F497D" w:themeColor="text2"/>
          <w:sz w:val="8"/>
          <w:szCs w:val="8"/>
          <w:lang w:val="da-DK"/>
        </w:rPr>
      </w:pPr>
    </w:p>
    <w:tbl>
      <w:tblPr>
        <w:tblW w:w="0" w:type="auto"/>
        <w:jc w:val="center"/>
        <w:tblLook w:val="04A0" w:firstRow="1" w:lastRow="0" w:firstColumn="1" w:lastColumn="0" w:noHBand="0" w:noVBand="1"/>
      </w:tblPr>
      <w:tblGrid>
        <w:gridCol w:w="10992"/>
      </w:tblGrid>
      <w:tr w:rsidR="000B3934" w:rsidRPr="000B28BC" w14:paraId="6A9EBD00" w14:textId="77777777" w:rsidTr="00D20A23">
        <w:trPr>
          <w:jc w:val="center"/>
        </w:trPr>
        <w:tc>
          <w:tcPr>
            <w:tcW w:w="10992" w:type="dxa"/>
            <w:shd w:val="clear" w:color="auto" w:fill="DBE5F1" w:themeFill="accent1" w:themeFillTint="33"/>
            <w:vAlign w:val="center"/>
          </w:tcPr>
          <w:p w14:paraId="21418BD9" w14:textId="723C66C1" w:rsidR="000B3934" w:rsidRPr="000B28BC" w:rsidRDefault="00D20A23" w:rsidP="00D20A23">
            <w:pPr>
              <w:spacing w:before="50"/>
              <w:rPr>
                <w:color w:val="1F497D" w:themeColor="text2"/>
                <w:sz w:val="22"/>
                <w:lang w:val="da-DK"/>
              </w:rPr>
            </w:pPr>
            <w:r w:rsidRPr="000B28BC">
              <w:rPr>
                <w:b/>
                <w:color w:val="1F497D" w:themeColor="text2"/>
                <w:sz w:val="22"/>
                <w:lang w:val="da-DK"/>
              </w:rPr>
              <w:t>9. Skole/hjem-samarbejde</w:t>
            </w:r>
          </w:p>
        </w:tc>
      </w:tr>
      <w:tr w:rsidR="00EE3FDF" w:rsidRPr="00016145" w14:paraId="74D2C808" w14:textId="77777777">
        <w:trPr>
          <w:jc w:val="center"/>
        </w:trPr>
        <w:tc>
          <w:tcPr>
            <w:tcW w:w="10992" w:type="dxa"/>
            <w:vAlign w:val="center"/>
          </w:tcPr>
          <w:p w14:paraId="0C0A5D8D" w14:textId="0B36B528" w:rsidR="00BC2EC7" w:rsidRPr="000B28BC" w:rsidRDefault="00086CA5" w:rsidP="00BC2EC7">
            <w:pPr>
              <w:spacing w:after="0"/>
              <w:rPr>
                <w:color w:val="1F497D" w:themeColor="text2"/>
                <w:sz w:val="12"/>
                <w:szCs w:val="12"/>
                <w:lang w:val="da-DK"/>
              </w:rPr>
            </w:pPr>
            <w:r w:rsidRPr="000B28BC">
              <w:rPr>
                <w:color w:val="1F497D" w:themeColor="text2"/>
                <w:sz w:val="22"/>
                <w:lang w:val="da-DK"/>
              </w:rPr>
              <w:t>Beskriv samarbejdet. Er der forhold omkring kommunikationen eller samarbejdet, som den nye skole bør være opmærksom på?</w:t>
            </w:r>
            <w:r w:rsidR="00BC2EC7" w:rsidRPr="000B28BC">
              <w:rPr>
                <w:color w:val="1F497D" w:themeColor="text2"/>
                <w:sz w:val="22"/>
                <w:lang w:val="da-DK"/>
              </w:rPr>
              <w:t xml:space="preserve"> </w:t>
            </w:r>
          </w:p>
          <w:p w14:paraId="2908B67F" w14:textId="77777777" w:rsidR="00BC2EC7" w:rsidRPr="000B28BC" w:rsidRDefault="00BC2EC7" w:rsidP="00BC2EC7">
            <w:pPr>
              <w:spacing w:after="0"/>
              <w:rPr>
                <w:color w:val="1F497D" w:themeColor="text2"/>
                <w:sz w:val="12"/>
                <w:szCs w:val="12"/>
                <w:lang w:val="da-DK"/>
              </w:rPr>
            </w:pPr>
          </w:p>
          <w:sdt>
            <w:sdtPr>
              <w:rPr>
                <w:color w:val="1F497D" w:themeColor="text2"/>
                <w:sz w:val="22"/>
                <w:lang w:val="da-DK"/>
              </w:rPr>
              <w:id w:val="-175974336"/>
              <w:placeholder>
                <w:docPart w:val="DefaultPlaceholder_-1854013440"/>
              </w:placeholder>
              <w:showingPlcHdr/>
              <w:text/>
            </w:sdtPr>
            <w:sdtContent>
              <w:p w14:paraId="7BAF96EF" w14:textId="3ABBCCB0" w:rsidR="00BC2EC7" w:rsidRPr="000B28BC" w:rsidRDefault="00BC2EC7" w:rsidP="00BC2EC7">
                <w:pPr>
                  <w:pBdr>
                    <w:bottom w:val="single" w:sz="6" w:space="1" w:color="auto"/>
                  </w:pBdr>
                  <w:spacing w:after="0"/>
                  <w:rPr>
                    <w:color w:val="1F497D" w:themeColor="text2"/>
                    <w:sz w:val="22"/>
                    <w:lang w:val="da-DK"/>
                  </w:rPr>
                </w:pPr>
                <w:r w:rsidRPr="00300D85">
                  <w:rPr>
                    <w:rStyle w:val="Pladsholdertekst"/>
                    <w:color w:val="auto"/>
                    <w:lang w:val="da-DK"/>
                  </w:rPr>
                  <w:t>Klik eller tryk her for at skrive tekst.</w:t>
                </w:r>
              </w:p>
            </w:sdtContent>
          </w:sdt>
          <w:p w14:paraId="0069C5B8" w14:textId="44560E5E" w:rsidR="00BC2EC7" w:rsidRPr="000B28BC" w:rsidRDefault="00BC2EC7" w:rsidP="00BC2EC7">
            <w:pPr>
              <w:spacing w:after="0"/>
              <w:rPr>
                <w:color w:val="1F497D" w:themeColor="text2"/>
                <w:sz w:val="22"/>
                <w:lang w:val="da-DK"/>
              </w:rPr>
            </w:pPr>
          </w:p>
        </w:tc>
      </w:tr>
    </w:tbl>
    <w:p w14:paraId="6A52EE0F" w14:textId="2B177F05" w:rsidR="00E267E3" w:rsidRPr="000B28BC" w:rsidRDefault="00E267E3">
      <w:pPr>
        <w:spacing w:before="50"/>
        <w:rPr>
          <w:b/>
          <w:color w:val="1F497D" w:themeColor="text2"/>
          <w:sz w:val="22"/>
          <w:lang w:val="da-DK"/>
        </w:rPr>
      </w:pPr>
    </w:p>
    <w:tbl>
      <w:tblPr>
        <w:tblW w:w="0" w:type="auto"/>
        <w:jc w:val="center"/>
        <w:tblLook w:val="04A0" w:firstRow="1" w:lastRow="0" w:firstColumn="1" w:lastColumn="0" w:noHBand="0" w:noVBand="1"/>
      </w:tblPr>
      <w:tblGrid>
        <w:gridCol w:w="10992"/>
      </w:tblGrid>
      <w:tr w:rsidR="00EE3FDF" w:rsidRPr="00016145" w14:paraId="08717E03" w14:textId="77777777" w:rsidTr="00C0368A">
        <w:trPr>
          <w:jc w:val="center"/>
        </w:trPr>
        <w:tc>
          <w:tcPr>
            <w:tcW w:w="10992" w:type="dxa"/>
            <w:shd w:val="clear" w:color="auto" w:fill="DBE5F1" w:themeFill="accent1" w:themeFillTint="33"/>
            <w:vAlign w:val="center"/>
          </w:tcPr>
          <w:p w14:paraId="1868D2F3" w14:textId="19CE0CE0" w:rsidR="00EE3FDF" w:rsidRPr="000B28BC" w:rsidRDefault="00E267E3" w:rsidP="00E267E3">
            <w:pPr>
              <w:spacing w:before="50"/>
              <w:rPr>
                <w:b/>
                <w:color w:val="1F497D" w:themeColor="text2"/>
                <w:sz w:val="22"/>
                <w:lang w:val="da-DK"/>
              </w:rPr>
            </w:pPr>
            <w:r w:rsidRPr="000B28BC">
              <w:rPr>
                <w:b/>
                <w:color w:val="1F497D" w:themeColor="text2"/>
                <w:sz w:val="22"/>
                <w:lang w:val="da-DK"/>
              </w:rPr>
              <w:t>10. Samlet vurdering/</w:t>
            </w:r>
            <w:r w:rsidR="00086CA5" w:rsidRPr="000B28BC">
              <w:rPr>
                <w:b/>
                <w:color w:val="1F497D" w:themeColor="text2"/>
                <w:sz w:val="22"/>
                <w:lang w:val="da-DK"/>
              </w:rPr>
              <w:t>Andre relevante oplysninger</w:t>
            </w:r>
          </w:p>
        </w:tc>
      </w:tr>
      <w:tr w:rsidR="00EE3FDF" w:rsidRPr="00016145" w14:paraId="4E2859EF" w14:textId="77777777">
        <w:trPr>
          <w:jc w:val="center"/>
        </w:trPr>
        <w:tc>
          <w:tcPr>
            <w:tcW w:w="10992" w:type="dxa"/>
            <w:vAlign w:val="center"/>
          </w:tcPr>
          <w:p w14:paraId="561A0DFA" w14:textId="77777777" w:rsidR="00F016A7" w:rsidRPr="00300D85" w:rsidRDefault="00086CA5">
            <w:pPr>
              <w:pBdr>
                <w:bottom w:val="single" w:sz="6" w:space="1" w:color="auto"/>
              </w:pBdr>
              <w:spacing w:after="0"/>
              <w:rPr>
                <w:sz w:val="22"/>
                <w:lang w:val="da-DK"/>
              </w:rPr>
            </w:pPr>
            <w:r w:rsidRPr="000B28BC">
              <w:rPr>
                <w:color w:val="1F497D" w:themeColor="text2"/>
                <w:sz w:val="22"/>
                <w:lang w:val="da-DK"/>
              </w:rPr>
              <w:t>Er der andet, som den nye skole med fordel bør vide for at skabe de bedste rammer for elevens trivsel, læring, udvikling og deltagelse? Beskriv både forhold, der fungerer godt, og forhold, der kræver opmærksomhed.</w:t>
            </w:r>
            <w:r w:rsidRPr="000B28BC">
              <w:rPr>
                <w:color w:val="1F497D" w:themeColor="text2"/>
                <w:sz w:val="22"/>
                <w:lang w:val="da-DK"/>
              </w:rPr>
              <w:br/>
            </w:r>
          </w:p>
          <w:sdt>
            <w:sdtPr>
              <w:rPr>
                <w:sz w:val="22"/>
                <w:lang w:val="da-DK"/>
              </w:rPr>
              <w:id w:val="-1711564635"/>
              <w:placeholder>
                <w:docPart w:val="DefaultPlaceholder_-1854013440"/>
              </w:placeholder>
              <w:showingPlcHdr/>
              <w:text/>
            </w:sdtPr>
            <w:sdtContent>
              <w:p w14:paraId="54BAA327" w14:textId="271AB7E6" w:rsidR="00F016A7" w:rsidRPr="00300D85" w:rsidRDefault="00035BBA">
                <w:pPr>
                  <w:pBdr>
                    <w:bottom w:val="single" w:sz="6" w:space="1" w:color="auto"/>
                  </w:pBdr>
                  <w:spacing w:after="0"/>
                  <w:rPr>
                    <w:sz w:val="22"/>
                    <w:lang w:val="da-DK"/>
                  </w:rPr>
                </w:pPr>
                <w:r w:rsidRPr="00300D85">
                  <w:rPr>
                    <w:rStyle w:val="Pladsholdertekst"/>
                    <w:color w:val="auto"/>
                    <w:lang w:val="da-DK"/>
                  </w:rPr>
                  <w:t>Klik eller tryk her for at skrive tekst.</w:t>
                </w:r>
              </w:p>
            </w:sdtContent>
          </w:sdt>
          <w:p w14:paraId="04FBE261" w14:textId="0305AACE" w:rsidR="00EE3FDF" w:rsidRPr="000B28BC" w:rsidRDefault="00EE3FDF">
            <w:pPr>
              <w:spacing w:after="0"/>
              <w:rPr>
                <w:color w:val="1F497D" w:themeColor="text2"/>
                <w:sz w:val="22"/>
                <w:lang w:val="da-DK"/>
              </w:rPr>
            </w:pPr>
          </w:p>
        </w:tc>
      </w:tr>
    </w:tbl>
    <w:p w14:paraId="7D0F1697" w14:textId="77777777" w:rsidR="00086CA5" w:rsidRPr="000B28BC" w:rsidRDefault="00086CA5">
      <w:pPr>
        <w:rPr>
          <w:sz w:val="22"/>
          <w:lang w:val="da-DK"/>
        </w:rPr>
      </w:pPr>
    </w:p>
    <w:sectPr w:rsidR="00086CA5" w:rsidRPr="000B28BC" w:rsidSect="00034616">
      <w:footerReference w:type="default" r:id="rId13"/>
      <w:pgSz w:w="12240" w:h="15840"/>
      <w:pgMar w:top="510" w:right="624" w:bottom="482"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F3ACF" w14:textId="77777777" w:rsidR="00070D0E" w:rsidRDefault="00070D0E">
      <w:pPr>
        <w:spacing w:after="0" w:line="240" w:lineRule="auto"/>
      </w:pPr>
      <w:r>
        <w:separator/>
      </w:r>
    </w:p>
  </w:endnote>
  <w:endnote w:type="continuationSeparator" w:id="0">
    <w:p w14:paraId="00C20E8E" w14:textId="77777777" w:rsidR="00070D0E" w:rsidRDefault="00070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69C1" w14:textId="7D6D9978" w:rsidR="00EE3FDF" w:rsidRDefault="00086CA5">
    <w:pPr>
      <w:pStyle w:val="Sidefod"/>
      <w:jc w:val="center"/>
    </w:pPr>
    <w:r>
      <w:rPr>
        <w:color w:val="787878"/>
        <w:sz w:val="12"/>
      </w:rPr>
      <w:t>ESAA - Skoleudtale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2749E" w14:textId="77777777" w:rsidR="00070D0E" w:rsidRDefault="00070D0E">
      <w:pPr>
        <w:spacing w:after="0" w:line="240" w:lineRule="auto"/>
      </w:pPr>
      <w:r>
        <w:separator/>
      </w:r>
    </w:p>
  </w:footnote>
  <w:footnote w:type="continuationSeparator" w:id="0">
    <w:p w14:paraId="17F0F294" w14:textId="77777777" w:rsidR="00070D0E" w:rsidRDefault="00070D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690299065">
    <w:abstractNumId w:val="8"/>
  </w:num>
  <w:num w:numId="2" w16cid:durableId="236092422">
    <w:abstractNumId w:val="6"/>
  </w:num>
  <w:num w:numId="3" w16cid:durableId="903955248">
    <w:abstractNumId w:val="5"/>
  </w:num>
  <w:num w:numId="4" w16cid:durableId="1808426914">
    <w:abstractNumId w:val="4"/>
  </w:num>
  <w:num w:numId="5" w16cid:durableId="1018503983">
    <w:abstractNumId w:val="7"/>
  </w:num>
  <w:num w:numId="6" w16cid:durableId="363947174">
    <w:abstractNumId w:val="3"/>
  </w:num>
  <w:num w:numId="7" w16cid:durableId="2146895360">
    <w:abstractNumId w:val="2"/>
  </w:num>
  <w:num w:numId="8" w16cid:durableId="1944459558">
    <w:abstractNumId w:val="1"/>
  </w:num>
  <w:num w:numId="9" w16cid:durableId="1237202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nzRgALkIQqihel5GgDMmGaC7+mqpNeB8Se2KDApL/tdmg7npJa9Blda9z+x95mXJYJoioQrvwkejdK3DYhYg==" w:salt="ZrwEa4866kF/bvDblM7X9g=="/>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AD9"/>
    <w:rsid w:val="00016145"/>
    <w:rsid w:val="0003056F"/>
    <w:rsid w:val="00034616"/>
    <w:rsid w:val="00035BBA"/>
    <w:rsid w:val="0006063C"/>
    <w:rsid w:val="00070D0E"/>
    <w:rsid w:val="00086CA5"/>
    <w:rsid w:val="00094EB4"/>
    <w:rsid w:val="000B28BC"/>
    <w:rsid w:val="000B3934"/>
    <w:rsid w:val="000B6344"/>
    <w:rsid w:val="0010678C"/>
    <w:rsid w:val="0011668B"/>
    <w:rsid w:val="00132989"/>
    <w:rsid w:val="0015074B"/>
    <w:rsid w:val="00187C69"/>
    <w:rsid w:val="001A3714"/>
    <w:rsid w:val="001D19A1"/>
    <w:rsid w:val="00291105"/>
    <w:rsid w:val="0029639D"/>
    <w:rsid w:val="002B48D1"/>
    <w:rsid w:val="002B6984"/>
    <w:rsid w:val="002C553F"/>
    <w:rsid w:val="002D5102"/>
    <w:rsid w:val="00300D85"/>
    <w:rsid w:val="00307A46"/>
    <w:rsid w:val="0032369C"/>
    <w:rsid w:val="00324955"/>
    <w:rsid w:val="00326F90"/>
    <w:rsid w:val="00360218"/>
    <w:rsid w:val="003631A6"/>
    <w:rsid w:val="00370BA1"/>
    <w:rsid w:val="00373942"/>
    <w:rsid w:val="003A3B4A"/>
    <w:rsid w:val="003A4080"/>
    <w:rsid w:val="003B614F"/>
    <w:rsid w:val="004202C8"/>
    <w:rsid w:val="00422A65"/>
    <w:rsid w:val="004435C5"/>
    <w:rsid w:val="00455B30"/>
    <w:rsid w:val="00480474"/>
    <w:rsid w:val="00482CAF"/>
    <w:rsid w:val="00494D61"/>
    <w:rsid w:val="00526842"/>
    <w:rsid w:val="00544454"/>
    <w:rsid w:val="00551358"/>
    <w:rsid w:val="00584D65"/>
    <w:rsid w:val="00590FB4"/>
    <w:rsid w:val="005E1B2F"/>
    <w:rsid w:val="00606080"/>
    <w:rsid w:val="0060795F"/>
    <w:rsid w:val="006355CD"/>
    <w:rsid w:val="006725D7"/>
    <w:rsid w:val="00682E29"/>
    <w:rsid w:val="00691737"/>
    <w:rsid w:val="006C242F"/>
    <w:rsid w:val="006C5472"/>
    <w:rsid w:val="006D55F0"/>
    <w:rsid w:val="006F33D5"/>
    <w:rsid w:val="006F683D"/>
    <w:rsid w:val="00765F70"/>
    <w:rsid w:val="007664B8"/>
    <w:rsid w:val="007B3771"/>
    <w:rsid w:val="007C79C8"/>
    <w:rsid w:val="0082404D"/>
    <w:rsid w:val="008341A1"/>
    <w:rsid w:val="00845C1C"/>
    <w:rsid w:val="00850494"/>
    <w:rsid w:val="00857F50"/>
    <w:rsid w:val="00886C6A"/>
    <w:rsid w:val="00893203"/>
    <w:rsid w:val="0089677F"/>
    <w:rsid w:val="008E74EC"/>
    <w:rsid w:val="009103AD"/>
    <w:rsid w:val="009269CC"/>
    <w:rsid w:val="00930902"/>
    <w:rsid w:val="00930AFB"/>
    <w:rsid w:val="009315D1"/>
    <w:rsid w:val="009537F0"/>
    <w:rsid w:val="0096300E"/>
    <w:rsid w:val="009B20DA"/>
    <w:rsid w:val="009C5F10"/>
    <w:rsid w:val="009E38BA"/>
    <w:rsid w:val="00A05326"/>
    <w:rsid w:val="00A30D14"/>
    <w:rsid w:val="00A8022B"/>
    <w:rsid w:val="00AA1D8D"/>
    <w:rsid w:val="00AA2A62"/>
    <w:rsid w:val="00AB4CC3"/>
    <w:rsid w:val="00AC2D89"/>
    <w:rsid w:val="00AD01E1"/>
    <w:rsid w:val="00B01AA3"/>
    <w:rsid w:val="00B21F80"/>
    <w:rsid w:val="00B47730"/>
    <w:rsid w:val="00B654B8"/>
    <w:rsid w:val="00B93845"/>
    <w:rsid w:val="00B973BF"/>
    <w:rsid w:val="00BC2EC7"/>
    <w:rsid w:val="00BD360E"/>
    <w:rsid w:val="00C0368A"/>
    <w:rsid w:val="00C20BA9"/>
    <w:rsid w:val="00C76F04"/>
    <w:rsid w:val="00C955A8"/>
    <w:rsid w:val="00CB0664"/>
    <w:rsid w:val="00CF7280"/>
    <w:rsid w:val="00D20A23"/>
    <w:rsid w:val="00D35180"/>
    <w:rsid w:val="00D40C66"/>
    <w:rsid w:val="00D52C4A"/>
    <w:rsid w:val="00D9372D"/>
    <w:rsid w:val="00DB0B13"/>
    <w:rsid w:val="00DB75E0"/>
    <w:rsid w:val="00DD6EDE"/>
    <w:rsid w:val="00E00A71"/>
    <w:rsid w:val="00E267E3"/>
    <w:rsid w:val="00E27BF8"/>
    <w:rsid w:val="00E7079F"/>
    <w:rsid w:val="00EA7B5B"/>
    <w:rsid w:val="00EC6D70"/>
    <w:rsid w:val="00EC7BEA"/>
    <w:rsid w:val="00ED106A"/>
    <w:rsid w:val="00EE3FDF"/>
    <w:rsid w:val="00EE5491"/>
    <w:rsid w:val="00F00A86"/>
    <w:rsid w:val="00F016A7"/>
    <w:rsid w:val="00F2741A"/>
    <w:rsid w:val="00F44EA6"/>
    <w:rsid w:val="00F91AD1"/>
    <w:rsid w:val="00FB0D01"/>
    <w:rsid w:val="00FC1AEC"/>
    <w:rsid w:val="00FC693F"/>
    <w:rsid w:val="00FE1079"/>
    <w:rsid w:val="00FE1A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F6EF05"/>
  <w14:defaultImageDpi w14:val="300"/>
  <w15:docId w15:val="{858DA26A-BCA2-4E6F-A9E9-FEF2F416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pPr>
    <w:rPr>
      <w:rFonts w:ascii="Aptos" w:hAnsi="Aptos"/>
      <w:sz w:val="15"/>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dsholdertekst">
    <w:name w:val="Placeholder Text"/>
    <w:basedOn w:val="Standardskrifttypeiafsnit"/>
    <w:uiPriority w:val="99"/>
    <w:semiHidden/>
    <w:rsid w:val="004435C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E4F77B45-E7C8-469E-9574-344BFF3015E8}"/>
      </w:docPartPr>
      <w:docPartBody>
        <w:p w:rsidR="00E97ED1" w:rsidRDefault="001E12D0">
          <w:r w:rsidRPr="00455EC4">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2D0"/>
    <w:rsid w:val="00187C69"/>
    <w:rsid w:val="001E12D0"/>
    <w:rsid w:val="002B6984"/>
    <w:rsid w:val="00390283"/>
    <w:rsid w:val="006C242F"/>
    <w:rsid w:val="006F683D"/>
    <w:rsid w:val="00A5678E"/>
    <w:rsid w:val="00AA2A62"/>
    <w:rsid w:val="00B97966"/>
    <w:rsid w:val="00E97ED1"/>
    <w:rsid w:val="00F72DC3"/>
    <w:rsid w:val="00F951F8"/>
    <w:rsid w:val="00FE10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1E12D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1f27a57-5daa-4240-845d-578cc8bddeed" xsi:nil="true"/>
    <lcf76f155ced4ddcb4097134ff3c332f xmlns="a408f06c-1694-489f-9cdc-5efa500d75a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24B8291D849F4459D7AB60B6E79C880" ma:contentTypeVersion="19" ma:contentTypeDescription="Opret et nyt dokument." ma:contentTypeScope="" ma:versionID="a78408356dca72f47c8d200bd66f3dc6">
  <xsd:schema xmlns:xsd="http://www.w3.org/2001/XMLSchema" xmlns:xs="http://www.w3.org/2001/XMLSchema" xmlns:p="http://schemas.microsoft.com/office/2006/metadata/properties" xmlns:ns2="a408f06c-1694-489f-9cdc-5efa500d75a8" xmlns:ns3="31f27a57-5daa-4240-845d-578cc8bddeed" targetNamespace="http://schemas.microsoft.com/office/2006/metadata/properties" ma:root="true" ma:fieldsID="2bba9adcf97bc4a475ef233a638d02b0" ns2:_="" ns3:_="">
    <xsd:import namespace="a408f06c-1694-489f-9cdc-5efa500d75a8"/>
    <xsd:import namespace="31f27a57-5daa-4240-845d-578cc8bddee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8f06c-1694-489f-9cdc-5efa500d7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27a57-5daa-4240-845d-578cc8bddeed"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f00a232f-cc08-489f-a25e-3e21eea59c29}" ma:internalName="TaxCatchAll" ma:showField="CatchAllData" ma:web="31f27a57-5daa-4240-845d-578cc8bdd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08F1B-ADB0-4179-BF94-A3B737C7E1EA}">
  <ds:schemaRefs>
    <ds:schemaRef ds:uri="http://schemas.microsoft.com/sharepoint/v3/contenttype/forms"/>
  </ds:schemaRefs>
</ds:datastoreItem>
</file>

<file path=customXml/itemProps2.xml><?xml version="1.0" encoding="utf-8"?>
<ds:datastoreItem xmlns:ds="http://schemas.openxmlformats.org/officeDocument/2006/customXml" ds:itemID="{8D3281E7-02D7-4ADD-8DF8-0A33B6D38EB7}">
  <ds:schemaRefs>
    <ds:schemaRef ds:uri="http://schemas.microsoft.com/office/2006/metadata/properties"/>
    <ds:schemaRef ds:uri="http://schemas.microsoft.com/office/infopath/2007/PartnerControls"/>
    <ds:schemaRef ds:uri="31f27a57-5daa-4240-845d-578cc8bddeed"/>
    <ds:schemaRef ds:uri="a408f06c-1694-489f-9cdc-5efa500d75a8"/>
  </ds:schemaRefs>
</ds:datastoreItem>
</file>

<file path=customXml/itemProps3.xml><?xml version="1.0" encoding="utf-8"?>
<ds:datastoreItem xmlns:ds="http://schemas.openxmlformats.org/officeDocument/2006/customXml" ds:itemID="{FEB4BF08-CBC2-479B-AEC8-D592F2EE3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8f06c-1694-489f-9cdc-5efa500d75a8"/>
    <ds:schemaRef ds:uri="31f27a57-5daa-4240-845d-578cc8bdd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480</Words>
  <Characters>2928</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Lotte Friis</cp:lastModifiedBy>
  <cp:revision>29</cp:revision>
  <dcterms:created xsi:type="dcterms:W3CDTF">2026-10-08T09:50:00Z</dcterms:created>
  <dcterms:modified xsi:type="dcterms:W3CDTF">2026-10-22T08:03:00Z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0x010100224B8291D849F4459D7AB60B6E79C880</vt:lpwstr>
  </property>
  <property fmtid="{D5CDD505-2E9C-101B-9397-08002B2CF9AE}" pid="3" name="MediaServiceImageTags">
    <vt:lpwstr/>
  </property>
</Properties>
</file>